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SNOW PLOW EQUIPMENT PURCHASE AND SERVICE AGREEMENT</w:t>
      </w:r>
    </w:p>
    <w:p/>
    <w:p>
      <w:r>
        <w:rPr>
          <w:b w:val="0"/>
          <w:sz w:val="20"/>
        </w:rPr>
        <w:t>Place: ____________________________    Date: ____________________________</w:t>
      </w:r>
    </w:p>
    <w:p/>
    <w:p>
      <w:r>
        <w:rPr>
          <w:b/>
          <w:sz w:val="20"/>
        </w:rPr>
        <w:t>Seller Information:</w:t>
      </w:r>
    </w:p>
    <w:p>
      <w:r>
        <w:rPr>
          <w:b w:val="0"/>
          <w:sz w:val="20"/>
        </w:rPr>
        <w:t>Company Name: _______________________________________________________</w:t>
      </w:r>
    </w:p>
    <w:p>
      <w:r>
        <w:rPr>
          <w:b w:val="0"/>
          <w:sz w:val="20"/>
        </w:rPr>
        <w:t>Authorized Representative: ____________________________________________</w:t>
      </w:r>
    </w:p>
    <w:p>
      <w:r>
        <w:rPr>
          <w:b w:val="0"/>
          <w:sz w:val="20"/>
        </w:rPr>
        <w:t>Business Address: 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Buyer Information:</w:t>
      </w:r>
    </w:p>
    <w:p>
      <w:r>
        <w:rPr>
          <w:b w:val="0"/>
          <w:sz w:val="20"/>
        </w:rPr>
        <w:t>Full Name / Company Name: ____________________________________________</w:t>
      </w:r>
    </w:p>
    <w:p>
      <w:r>
        <w:rPr>
          <w:b w:val="0"/>
          <w:sz w:val="20"/>
        </w:rPr>
        <w:t>Authorized Representative (if applicable): 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Snow Plow Equipment Description:</w:t>
      </w:r>
    </w:p>
    <w:p>
      <w:r>
        <w:rPr>
          <w:b w:val="0"/>
          <w:sz w:val="20"/>
        </w:rPr>
        <w:t>Make/Model: __________________________________________________________</w:t>
      </w:r>
    </w:p>
    <w:p>
      <w:r>
        <w:rPr>
          <w:b w:val="0"/>
          <w:sz w:val="20"/>
        </w:rPr>
        <w:t>Year of Manufacture: _________________________________________________</w:t>
      </w:r>
    </w:p>
    <w:p>
      <w:r>
        <w:rPr>
          <w:b w:val="0"/>
          <w:sz w:val="20"/>
        </w:rPr>
        <w:t>Serial Number: _______________________________________________________</w:t>
      </w:r>
    </w:p>
    <w:p>
      <w:r>
        <w:rPr>
          <w:b w:val="0"/>
          <w:sz w:val="20"/>
        </w:rPr>
        <w:t>Type (e.g., hydraulic, electric): ______________________________________</w:t>
      </w:r>
    </w:p>
    <w:p>
      <w:r>
        <w:rPr>
          <w:b w:val="0"/>
          <w:sz w:val="20"/>
        </w:rPr>
        <w:t>Condition: ___________________________________________________________</w:t>
      </w:r>
    </w:p>
    <w:p/>
    <w:p>
      <w:r>
        <w:rPr>
          <w:b/>
          <w:sz w:val="20"/>
        </w:rPr>
        <w:t>Purchase Price and Payment Terms:</w:t>
      </w:r>
    </w:p>
    <w:p>
      <w:r>
        <w:rPr>
          <w:b w:val="0"/>
          <w:sz w:val="20"/>
        </w:rPr>
        <w:t>Purchase Price: __________________ USD</w:t>
      </w:r>
    </w:p>
    <w:p>
      <w:r>
        <w:rPr>
          <w:b w:val="0"/>
          <w:sz w:val="20"/>
        </w:rPr>
        <w:t>Payment Method / Terms: ______________________________________________</w:t>
      </w:r>
    </w:p>
    <w:p/>
    <w:p>
      <w:r>
        <w:rPr>
          <w:b/>
          <w:sz w:val="20"/>
        </w:rPr>
        <w:t>Delivery Terms:</w:t>
      </w:r>
    </w:p>
    <w:p>
      <w:r>
        <w:rPr>
          <w:b w:val="0"/>
          <w:sz w:val="20"/>
        </w:rPr>
        <w:t>Delivery Location: _________________________________________________</w:t>
      </w:r>
    </w:p>
    <w:p>
      <w:r>
        <w:rPr>
          <w:b w:val="0"/>
          <w:sz w:val="20"/>
        </w:rPr>
        <w:t>Delivery Date: _____________________________________________________</w:t>
      </w:r>
    </w:p>
    <w:p>
      <w:r>
        <w:rPr>
          <w:b w:val="0"/>
          <w:sz w:val="20"/>
        </w:rPr>
        <w:t>Risk of Loss passes to Buyer upon delivery: ________________________</w:t>
      </w:r>
    </w:p>
    <w:p>
      <w:r>
        <w:rPr>
          <w:b w:val="0"/>
          <w:sz w:val="20"/>
        </w:rPr>
        <w:t>Transportation and Handling Costs: __________________________________</w:t>
      </w:r>
    </w:p>
    <w:p/>
    <w:p>
      <w:r>
        <w:rPr>
          <w:b/>
          <w:sz w:val="20"/>
        </w:rPr>
        <w:t>Service Agreement:</w:t>
      </w:r>
    </w:p>
    <w:p>
      <w:r>
        <w:rPr>
          <w:b w:val="0"/>
          <w:sz w:val="20"/>
        </w:rPr>
        <w:t>The Seller agrees to provide maintenance and repair services for the snow plow equipment as detailed in this agreement. Service shall include regular inspections, replacement of worn or defective parts, and necessary repairs to maintain operational condition.</w:t>
      </w:r>
    </w:p>
    <w:p/>
    <w:p>
      <w:r>
        <w:rPr>
          <w:b/>
          <w:sz w:val="20"/>
        </w:rPr>
        <w:t>Service Term:</w:t>
      </w:r>
    </w:p>
    <w:p>
      <w:r>
        <w:rPr>
          <w:b w:val="0"/>
          <w:sz w:val="20"/>
        </w:rPr>
        <w:t>This service agreement shall commence upon delivery of the equipment and continue for a period of ___________________ unless terminated earlier pursuant to this agreement.</w:t>
      </w:r>
    </w:p>
    <w:p/>
    <w:p>
      <w:r>
        <w:rPr>
          <w:b/>
          <w:sz w:val="20"/>
        </w:rPr>
        <w:t>Service Fees:</w:t>
      </w:r>
    </w:p>
    <w:p>
      <w:r>
        <w:rPr>
          <w:b w:val="0"/>
          <w:sz w:val="20"/>
        </w:rPr>
        <w:t>Service fees shall be as follows: ____________________________________________</w:t>
      </w:r>
    </w:p>
    <w:p>
      <w:r>
        <w:rPr>
          <w:b w:val="0"/>
          <w:sz w:val="20"/>
        </w:rPr>
        <w:t>Payment terms for service fees: ____________________________________________</w:t>
      </w:r>
    </w:p>
    <w:p/>
    <w:p>
      <w:r>
        <w:rPr>
          <w:b/>
          <w:sz w:val="20"/>
        </w:rPr>
        <w:t>Response Time and Availability:</w:t>
      </w:r>
    </w:p>
    <w:p>
      <w:r>
        <w:rPr>
          <w:b w:val="0"/>
          <w:sz w:val="20"/>
        </w:rPr>
        <w:t>Seller shall respond to service requests within ______________ hours and provide services during regular business hours, Monday through Friday, excluding federal holidays, unless otherwise agreed.</w:t>
      </w:r>
    </w:p>
    <w:p/>
    <w:p>
      <w:r>
        <w:rPr>
          <w:b/>
          <w:sz w:val="20"/>
        </w:rPr>
        <w:t>Warranties and Disclaimers:</w:t>
      </w:r>
    </w:p>
    <w:p>
      <w:r>
        <w:rPr>
          <w:b w:val="0"/>
          <w:sz w:val="20"/>
        </w:rPr>
        <w:t>The Seller warrants that the equipment shall be free from material defects in workmanship and materials for a period of ____________ from the date of delivery. This warranty does not cover damage caused by misuse, neglect, accident, or modifications made by the Buyer.</w:t>
      </w:r>
    </w:p>
    <w:p/>
    <w:p>
      <w:r>
        <w:rPr>
          <w:b w:val="0"/>
          <w:sz w:val="20"/>
        </w:rPr>
        <w:t>EXCEPT AS EXPRESSLY PROVIDED ABOVE, THE EQUIPMENT IS SOLD "AS IS" AND "WITH ALL FAULTS". THE SELLER DISCLAIMS ALL OTHER WARRANTIES, EXPRESS OR IMPLIED, INCLUDING BUT NOT LIMITED TO WARRANTIES OF MERCHANTABILITY AND FITNESS FOR A PARTICULAR PURPOSE.</w:t>
      </w:r>
    </w:p>
    <w:p/>
    <w:p>
      <w:r>
        <w:rPr>
          <w:b/>
          <w:sz w:val="20"/>
        </w:rPr>
        <w:t>Limitation of Liability:</w:t>
      </w:r>
    </w:p>
    <w:p>
      <w:r>
        <w:rPr>
          <w:b w:val="0"/>
          <w:sz w:val="20"/>
        </w:rPr>
        <w:t>In no event shall the Seller be liable for any indirect, incidental, consequential, special, or punitive damages arising out of or related to this agreement, even if advised of the possibility thereof. The Seller's total liability for any claim arising out of or relating to this agreement shall not exceed the purchase price paid by the Buyer.</w:t>
      </w:r>
    </w:p>
    <w:p/>
    <w:p>
      <w:r>
        <w:rPr>
          <w:b/>
          <w:sz w:val="20"/>
        </w:rPr>
        <w:t>Inspection and Acceptance:</w:t>
      </w:r>
    </w:p>
    <w:p>
      <w:r>
        <w:rPr>
          <w:b w:val="0"/>
          <w:sz w:val="20"/>
        </w:rPr>
        <w:t>The Buyer shall have the right to inspect the equipment upon delivery and shall notify the Seller in writing within ________ days of any defects or non-conformities. Failure to provide timely notice shall constitute acceptance of the equipment.</w:t>
      </w:r>
    </w:p>
    <w:p/>
    <w:p>
      <w:r>
        <w:rPr>
          <w:b/>
          <w:sz w:val="20"/>
        </w:rPr>
        <w:t>Title and Risk of Loss:</w:t>
      </w:r>
    </w:p>
    <w:p>
      <w:r>
        <w:rPr>
          <w:b w:val="0"/>
          <w:sz w:val="20"/>
        </w:rPr>
        <w:t>Title to the equipment shall pass from Seller to Buyer upon full payment of the purchase price. Risk of loss or damage shall pass to Buyer upon delivery at the designated location.</w:t>
      </w:r>
    </w:p>
    <w:p/>
    <w:p>
      <w:r>
        <w:rPr>
          <w:b/>
          <w:sz w:val="20"/>
        </w:rPr>
        <w:t>Taxes and Other Charges:</w:t>
      </w:r>
    </w:p>
    <w:p>
      <w:r>
        <w:rPr>
          <w:b w:val="0"/>
          <w:sz w:val="20"/>
        </w:rPr>
        <w:t>Buyer shall be responsible for all applicable taxes, duties, and fees related to the purchase, ownership, and operation of the equipment unless otherwise agreed in writing.</w:t>
      </w:r>
    </w:p>
    <w:p/>
    <w:p>
      <w:r>
        <w:rPr>
          <w:b/>
          <w:sz w:val="20"/>
        </w:rPr>
        <w:t>Termination:</w:t>
      </w:r>
    </w:p>
    <w:p>
      <w:r>
        <w:rPr>
          <w:b w:val="0"/>
          <w:sz w:val="20"/>
        </w:rPr>
        <w:t>Either party may terminate this agreement upon written notice if the other party breaches any material term and fails to cure within _____ days after receipt of notice. Upon termination, Buyer shall pay Seller for all services performed and equipment delivered up to the date of termination.</w:t>
      </w:r>
    </w:p>
    <w:p/>
    <w:p>
      <w:r>
        <w:rPr>
          <w:b/>
          <w:sz w:val="20"/>
        </w:rPr>
        <w:t>Governing Law and Jurisdiction:</w:t>
      </w:r>
    </w:p>
    <w:p>
      <w:r>
        <w:rPr>
          <w:b w:val="0"/>
          <w:sz w:val="20"/>
        </w:rPr>
        <w:t>This agreement shall be governed by and construed in accordance with the laws of the State of ____________________, without regard to its conflict of law principles. Any disputes arising under this agreement shall be subject to the exclusive jurisdiction of the courts located in ____________________.</w:t>
      </w:r>
    </w:p>
    <w:p/>
    <w:p>
      <w:r>
        <w:rPr>
          <w:b/>
          <w:sz w:val="20"/>
        </w:rPr>
        <w:t>Entire Agreement:</w:t>
      </w:r>
    </w:p>
    <w:p>
      <w:r>
        <w:rPr>
          <w:b w:val="0"/>
          <w:sz w:val="20"/>
        </w:rPr>
        <w:t>This document constitutes the entire agreement between the parties with respect to the subject matter and supersedes all prior oral or written agreements, understandings, or representations.</w:t>
      </w:r>
    </w:p>
    <w:p/>
    <w:p>
      <w:r>
        <w:rPr>
          <w:b/>
          <w:sz w:val="20"/>
        </w:rPr>
        <w:t>Amendments:</w:t>
      </w:r>
    </w:p>
    <w:p>
      <w:r>
        <w:rPr>
          <w:b w:val="0"/>
          <w:sz w:val="20"/>
        </w:rPr>
        <w:t>Any amendments or modifications to this agreement must be made in writing and signed by both parties.</w:t>
      </w:r>
    </w:p>
    <w:p/>
    <w:p>
      <w:r>
        <w:rPr>
          <w:b/>
          <w:sz w:val="20"/>
        </w:rPr>
        <w:t>Severability:</w:t>
      </w:r>
    </w:p>
    <w:p>
      <w:r>
        <w:rPr>
          <w:b w:val="0"/>
          <w:sz w:val="20"/>
        </w:rPr>
        <w:t>If any provision of this agreement is held to be invalid or unenforceable, the remaining provisions shall remain in full force and effect.</w:t>
      </w:r>
    </w:p>
    <w:p/>
    <w:p>
      <w:r>
        <w:rPr>
          <w:b/>
          <w:sz w:val="20"/>
        </w:rPr>
        <w:t>Notices:</w:t>
      </w:r>
    </w:p>
    <w:p>
      <w:r>
        <w:rPr>
          <w:b w:val="0"/>
          <w:sz w:val="20"/>
        </w:rPr>
        <w:t>All notices required or permitted under this agreement shall be in writing and shall be deemed given when delivered personally, sent by certified mail, or by email with confirmation of receipt to the addresses provided above.</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https://contract247-us.com/snow-plow-contract/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snow-plow-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