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SPEAKER SERVICES AGREEMENT</w:t>
      </w:r>
    </w:p>
    <w:p/>
    <w:p>
      <w:r>
        <w:rPr>
          <w:b/>
          <w:sz w:val="20"/>
        </w:rPr>
        <w:t>This Speaker Services Agreement ("Agreement") is entered into by and between:</w:t>
      </w:r>
    </w:p>
    <w:p>
      <w:r>
        <w:rPr>
          <w:b w:val="0"/>
          <w:sz w:val="20"/>
        </w:rPr>
        <w:t>Speaker Name: ____________________________________________________________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val="0"/>
          <w:sz w:val="20"/>
        </w:rPr>
        <w:t>Organizer Name: __________________________________________________________</w:t>
      </w:r>
    </w:p>
    <w:p>
      <w:r>
        <w:rPr>
          <w:b w:val="0"/>
          <w:sz w:val="20"/>
        </w:rPr>
        <w:t>Address: _________________________________________________________________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r>
        <w:rPr>
          <w:b/>
          <w:sz w:val="20"/>
        </w:rPr>
        <w:t>RECITALS</w:t>
      </w:r>
    </w:p>
    <w:p>
      <w:r>
        <w:rPr>
          <w:b w:val="0"/>
          <w:sz w:val="20"/>
        </w:rPr>
        <w:t>WHEREAS, the Organizer desires to engage the Speaker to perform speaking services as set forth herein;</w:t>
      </w:r>
    </w:p>
    <w:p>
      <w:r>
        <w:rPr>
          <w:b w:val="0"/>
          <w:sz w:val="20"/>
        </w:rPr>
        <w:t>WHEREAS, the Speaker agrees to provide such services under the terms and conditions stated below.</w:t>
      </w:r>
    </w:p>
    <w:p/>
    <w:p/>
    <w:p>
      <w:r>
        <w:rPr>
          <w:b/>
          <w:sz w:val="20"/>
        </w:rPr>
        <w:t>1. Services Provided</w:t>
      </w:r>
    </w:p>
    <w:p>
      <w:r>
        <w:rPr>
          <w:b w:val="0"/>
          <w:sz w:val="20"/>
        </w:rPr>
        <w:t>The Speaker agrees to prepare and deliver the following presentation(s) or speech(es):</w:t>
      </w:r>
    </w:p>
    <w:p>
      <w:r>
        <w:rPr>
          <w:b w:val="0"/>
          <w:sz w:val="20"/>
        </w:rPr>
        <w:t>Title/Topic: ______________________________________________________________</w:t>
      </w:r>
    </w:p>
    <w:p>
      <w:r>
        <w:rPr>
          <w:b w:val="0"/>
          <w:sz w:val="20"/>
        </w:rPr>
        <w:t>Description: ______________________________________________________________</w:t>
      </w:r>
    </w:p>
    <w:p>
      <w:r>
        <w:rPr>
          <w:b w:val="0"/>
          <w:sz w:val="20"/>
        </w:rPr>
        <w:t>Date(s) and Time(s) of Performance: ________________________________________</w:t>
      </w:r>
    </w:p>
    <w:p>
      <w:r>
        <w:rPr>
          <w:b w:val="0"/>
          <w:sz w:val="20"/>
        </w:rPr>
        <w:t>Location: _________________________________________________________________</w:t>
      </w:r>
    </w:p>
    <w:p/>
    <w:p>
      <w:r>
        <w:rPr>
          <w:b/>
          <w:sz w:val="20"/>
        </w:rPr>
        <w:t>2. Compensation</w:t>
      </w:r>
    </w:p>
    <w:p>
      <w:r>
        <w:rPr>
          <w:b w:val="0"/>
          <w:sz w:val="20"/>
        </w:rPr>
        <w:t>The Organizer agrees to pay the Speaker the total fee of $________________ for the services rendered under this Agreement.</w:t>
      </w:r>
    </w:p>
    <w:p>
      <w:r>
        <w:rPr>
          <w:b w:val="0"/>
          <w:sz w:val="20"/>
        </w:rPr>
        <w:t>Payment Terms:</w:t>
      </w:r>
    </w:p>
    <w:p>
      <w:r>
        <w:rPr>
          <w:b w:val="0"/>
          <w:sz w:val="20"/>
        </w:rPr>
        <w:t>- Deposit: $_______________ due upon signing this Agreement.</w:t>
      </w:r>
    </w:p>
    <w:p>
      <w:r>
        <w:rPr>
          <w:b w:val="0"/>
          <w:sz w:val="20"/>
        </w:rPr>
        <w:t>- Balance: $_______________ due prior to or on the date of the event.</w:t>
      </w:r>
    </w:p>
    <w:p>
      <w:r>
        <w:rPr>
          <w:b w:val="0"/>
          <w:sz w:val="20"/>
        </w:rPr>
        <w:t>Payment Method: ____________________________________________________________</w:t>
      </w:r>
    </w:p>
    <w:p/>
    <w:p>
      <w:r>
        <w:rPr>
          <w:b/>
          <w:sz w:val="20"/>
        </w:rPr>
        <w:t>3. Expenses</w:t>
      </w:r>
    </w:p>
    <w:p>
      <w:r>
        <w:rPr>
          <w:b w:val="0"/>
          <w:sz w:val="20"/>
        </w:rPr>
        <w:t>The Organizer shall reimburse the Speaker for reasonable and pre-approved travel, lodging, and meal expenses incurred in connection with the performance of services.</w:t>
      </w:r>
    </w:p>
    <w:p>
      <w:r>
        <w:rPr>
          <w:b w:val="0"/>
          <w:sz w:val="20"/>
        </w:rPr>
        <w:t>All expenses must be documented with receipts and submitted within ______ days after the event.</w:t>
      </w:r>
    </w:p>
    <w:p/>
    <w:p>
      <w:r>
        <w:rPr>
          <w:b/>
          <w:sz w:val="20"/>
        </w:rPr>
        <w:t>4. Term and Termination</w:t>
      </w:r>
    </w:p>
    <w:p>
      <w:r>
        <w:rPr>
          <w:b w:val="0"/>
          <w:sz w:val="20"/>
        </w:rPr>
        <w:t>This Agreement shall commence upon signing and shall terminate upon completion of the services and payment unless earlier terminated as follows:</w:t>
      </w:r>
    </w:p>
    <w:p>
      <w:r>
        <w:rPr>
          <w:b w:val="0"/>
          <w:sz w:val="20"/>
        </w:rPr>
        <w:t>- Either party may terminate this Agreement upon written notice if the other party breaches any material term and fails to cure within ten (10) days.</w:t>
      </w:r>
    </w:p>
    <w:p>
      <w:r>
        <w:rPr>
          <w:b w:val="0"/>
          <w:sz w:val="20"/>
        </w:rPr>
        <w:t>- In the event of termination, the Speaker shall be compensated for all services performed and expenses incurred up to the date of termination.</w:t>
      </w:r>
    </w:p>
    <w:p/>
    <w:p>
      <w:r>
        <w:rPr>
          <w:b/>
          <w:sz w:val="20"/>
        </w:rPr>
        <w:t>5. Speaker Obligations</w:t>
      </w:r>
    </w:p>
    <w:p>
      <w:r>
        <w:rPr>
          <w:b w:val="0"/>
          <w:sz w:val="20"/>
        </w:rPr>
        <w:t>The Speaker shall:</w:t>
      </w:r>
    </w:p>
    <w:p>
      <w:r>
        <w:rPr>
          <w:b w:val="0"/>
          <w:sz w:val="20"/>
        </w:rPr>
        <w:t>- Perform the services in a professional manner consistent with industry standards.</w:t>
      </w:r>
    </w:p>
    <w:p>
      <w:r>
        <w:rPr>
          <w:b w:val="0"/>
          <w:sz w:val="20"/>
        </w:rPr>
        <w:t>- Comply with the Organizer’s reasonable rules and regulations for the event.</w:t>
      </w:r>
    </w:p>
    <w:p>
      <w:r>
        <w:rPr>
          <w:b w:val="0"/>
          <w:sz w:val="20"/>
        </w:rPr>
        <w:t>- Obtain all necessary permits, licenses, or consents required for the performance of services.</w:t>
      </w:r>
    </w:p>
    <w:p>
      <w:r>
        <w:rPr>
          <w:b w:val="0"/>
          <w:sz w:val="20"/>
        </w:rPr>
        <w:t>- Maintain all required insurance coverage.</w:t>
      </w:r>
    </w:p>
    <w:p/>
    <w:p>
      <w:r>
        <w:rPr>
          <w:b/>
          <w:sz w:val="20"/>
        </w:rPr>
        <w:t>6. Organizer Obligations</w:t>
      </w:r>
    </w:p>
    <w:p>
      <w:r>
        <w:rPr>
          <w:b w:val="0"/>
          <w:sz w:val="20"/>
        </w:rPr>
        <w:t>The Organizer shall:</w:t>
      </w:r>
    </w:p>
    <w:p>
      <w:r>
        <w:rPr>
          <w:b w:val="0"/>
          <w:sz w:val="20"/>
        </w:rPr>
        <w:t>- Provide the Speaker with all necessary event information and logistical support.</w:t>
      </w:r>
    </w:p>
    <w:p>
      <w:r>
        <w:rPr>
          <w:b w:val="0"/>
          <w:sz w:val="20"/>
        </w:rPr>
        <w:t>- Ensure the venue is suitable and equipped for the presentation.</w:t>
      </w:r>
    </w:p>
    <w:p>
      <w:r>
        <w:rPr>
          <w:b w:val="0"/>
          <w:sz w:val="20"/>
        </w:rPr>
        <w:t>- Make all payments timely as specified in this Agreement.</w:t>
      </w:r>
    </w:p>
    <w:p>
      <w:r>
        <w:rPr>
          <w:b w:val="0"/>
          <w:sz w:val="20"/>
        </w:rPr>
        <w:t>- Provide appropriate accommodations for Speaker’s needs at the event.</w:t>
      </w:r>
    </w:p>
    <w:p/>
    <w:p>
      <w:r>
        <w:rPr>
          <w:b/>
          <w:sz w:val="20"/>
        </w:rPr>
        <w:t>7. Intellectual Property</w:t>
      </w:r>
    </w:p>
    <w:p>
      <w:r>
        <w:rPr>
          <w:b w:val="0"/>
          <w:sz w:val="20"/>
        </w:rPr>
        <w:t>The Speaker retains all copyrights and intellectual property rights in the materials delivered under this Agreement.</w:t>
      </w:r>
    </w:p>
    <w:p>
      <w:r>
        <w:rPr>
          <w:b w:val="0"/>
          <w:sz w:val="20"/>
        </w:rPr>
        <w:t>The Organizer is granted a non-exclusive, non-transferable license to use the Speaker’s presentation materials solely for the event described herein.</w:t>
      </w:r>
    </w:p>
    <w:p>
      <w:r>
        <w:rPr>
          <w:b w:val="0"/>
          <w:sz w:val="20"/>
        </w:rPr>
        <w:t>Any recordings, reproductions, or distribution of the Speaker’s materials require prior written consent.</w:t>
      </w:r>
    </w:p>
    <w:p/>
    <w:p>
      <w:r>
        <w:rPr>
          <w:b/>
          <w:sz w:val="20"/>
        </w:rPr>
        <w:t>8. Confidentiality</w:t>
      </w:r>
    </w:p>
    <w:p>
      <w:r>
        <w:rPr>
          <w:b w:val="0"/>
          <w:sz w:val="20"/>
        </w:rPr>
        <w:t>Both parties agree to keep confidential any non-public information disclosed during the course of this Agreement and not to disclose such information to any third party without prior written consent, except as required by law.</w:t>
      </w:r>
    </w:p>
    <w:p/>
    <w:p>
      <w:r>
        <w:rPr>
          <w:b/>
          <w:sz w:val="20"/>
        </w:rPr>
        <w:t>9. Indemnification</w:t>
      </w:r>
    </w:p>
    <w:p>
      <w:r>
        <w:rPr>
          <w:b w:val="0"/>
          <w:sz w:val="20"/>
        </w:rPr>
        <w:t>The Organizer agrees to indemnify, defend, and hold harmless the Speaker from any claims, losses, damages, liabilities, or expenses arising out of the Organizer’s negligence or breach of this Agreement.</w:t>
      </w:r>
    </w:p>
    <w:p>
      <w:r>
        <w:rPr>
          <w:b w:val="0"/>
          <w:sz w:val="20"/>
        </w:rPr>
        <w:t>The Speaker agrees to indemnify, defend, and hold harmless the Organizer from any claims, losses, damages, liabilities, or expenses arising out of the Speaker’s gross negligence or willful misconduct.</w:t>
      </w:r>
    </w:p>
    <w:p/>
    <w:p>
      <w:r>
        <w:rPr>
          <w:b/>
          <w:sz w:val="20"/>
        </w:rPr>
        <w:t>10. Limitation of Liability</w:t>
      </w:r>
    </w:p>
    <w:p>
      <w:r>
        <w:rPr>
          <w:b w:val="0"/>
          <w:sz w:val="20"/>
        </w:rPr>
        <w:t>In no event shall either party be liable to the other for any incidental, consequential, special, or punitive damages arising out of or related to this Agreement, regardless of the theory of liability, even if advised of such damages.</w:t>
      </w:r>
    </w:p>
    <w:p/>
    <w:p>
      <w:r>
        <w:rPr>
          <w:b/>
          <w:sz w:val="20"/>
        </w:rPr>
        <w:t>11. Force Majeure</w:t>
      </w:r>
    </w:p>
    <w:p>
      <w:r>
        <w:rPr>
          <w:b w:val="0"/>
          <w:sz w:val="20"/>
        </w:rPr>
        <w:t>Neither party shall be liable for failure or delay in performing obligations due to causes beyond their reasonable control, including but not limited to acts of God, natural disasters, government actions, or pandemics.</w:t>
      </w:r>
    </w:p>
    <w:p/>
    <w:p>
      <w:r>
        <w:rPr>
          <w:b/>
          <w:sz w:val="20"/>
        </w:rPr>
        <w:t>12. Governing Law and Jurisdiction</w:t>
      </w:r>
    </w:p>
    <w:p>
      <w:r>
        <w:rPr>
          <w:b w:val="0"/>
          <w:sz w:val="20"/>
        </w:rPr>
        <w:t>This Agreement shall be governed by and construed in accordance with the laws of the State of ____________________, without regard to its conflicts of laws principles.</w:t>
      </w:r>
    </w:p>
    <w:p>
      <w:r>
        <w:rPr>
          <w:b w:val="0"/>
          <w:sz w:val="20"/>
        </w:rPr>
        <w:t>Any disputes arising under this Agreement shall be resolved exclusively in the state or federal courts located in ____________________, and the parties consent to personal jurisdiction therein.</w:t>
      </w:r>
    </w:p>
    <w:p/>
    <w:p>
      <w:r>
        <w:rPr>
          <w:b/>
          <w:sz w:val="20"/>
        </w:rPr>
        <w:t>13. Entire Agreement and Amendments</w:t>
      </w:r>
    </w:p>
    <w:p>
      <w:r>
        <w:rPr>
          <w:b w:val="0"/>
          <w:sz w:val="20"/>
        </w:rPr>
        <w:t>This Agreement constitutes the entire understanding between the parties and supersedes all prior agreements or understandings relating to the subject matter.</w:t>
      </w:r>
    </w:p>
    <w:p>
      <w:r>
        <w:rPr>
          <w:b w:val="0"/>
          <w:sz w:val="20"/>
        </w:rPr>
        <w:t>Any amendments or modifications must be in writing and signed by both parties.</w:t>
      </w:r>
    </w:p>
    <w:p/>
    <w:p>
      <w:r>
        <w:rPr>
          <w:b/>
          <w:sz w:val="20"/>
        </w:rPr>
        <w:t>14. Notices</w:t>
      </w:r>
    </w:p>
    <w:p>
      <w:r>
        <w:rPr>
          <w:b w:val="0"/>
          <w:sz w:val="20"/>
        </w:rPr>
        <w:t>Any notice or communication required under this Agreement shall be in writing and delivered to the addresses specified above, either by personal delivery, certified mail, or email with receipt confirmation.</w:t>
      </w:r>
    </w:p>
    <w:p/>
    <w:p>
      <w:r>
        <w:rPr>
          <w:b/>
          <w:sz w:val="20"/>
        </w:rPr>
        <w:t>15. Independent Contractor</w:t>
      </w:r>
    </w:p>
    <w:p>
      <w:r>
        <w:rPr>
          <w:b w:val="0"/>
          <w:sz w:val="20"/>
        </w:rPr>
        <w:t>The Speaker is an independent contractor and not an employee or agent of the Organizer.</w:t>
      </w:r>
    </w:p>
    <w:p>
      <w:r>
        <w:rPr>
          <w:b w:val="0"/>
          <w:sz w:val="20"/>
        </w:rPr>
        <w:t>Nothing in this Agreement shall create any partnership, joint venture, or agency relationship between the parties.</w:t>
      </w:r>
    </w:p>
    <w:p/>
    <w:p>
      <w:r>
        <w:rPr>
          <w:b/>
          <w:sz w:val="20"/>
        </w:rPr>
        <w:t>16. Severability</w:t>
      </w:r>
    </w:p>
    <w:p>
      <w:r>
        <w:rPr>
          <w:b w:val="0"/>
          <w:sz w:val="20"/>
        </w:rPr>
        <w:t>If any provision of this Agreement is found to be invalid or unenforceable, the remaining provisions shall remain in full force and effect.</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SPEAKER</w:t>
            </w:r>
          </w:p>
        </w:tc>
        <w:tc>
          <w:tcPr>
            <w:tcW w:type="dxa" w:w="4986"/>
            <w:tcBorders>
              <w:top w:val="nil"/>
              <w:left w:val="nil"/>
              <w:bottom w:val="nil"/>
              <w:right w:val="nil"/>
              <w:insideH w:val="nil"/>
              <w:insideV w:val="nil"/>
            </w:tcBorders>
          </w:tcPr>
          <w:p>
            <w:pPr>
              <w:jc w:val="center"/>
            </w:pPr>
            <w:r>
              <w:t>ORGANIZER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https://contract247-us.com/speaker-contract/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speaker-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