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STANDARD EMPLOYMENT AGREEMENT</w:t>
      </w:r>
    </w:p>
    <w:p/>
    <w:p/>
    <w:p>
      <w:r>
        <w:rPr>
          <w:b w:val="0"/>
          <w:sz w:val="20"/>
        </w:rPr>
        <w:t>This Employment Agreement (the "Agreement") is entered into by and between:</w:t>
      </w:r>
    </w:p>
    <w:p>
      <w:r>
        <w:rPr>
          <w:b w:val="0"/>
          <w:sz w:val="20"/>
        </w:rPr>
        <w:t>Employer Name: __________________________________________________________</w:t>
      </w:r>
    </w:p>
    <w:p>
      <w:r>
        <w:rPr>
          <w:b w:val="0"/>
          <w:sz w:val="20"/>
        </w:rPr>
        <w:t>Employer Address: _______________________________________________________</w:t>
      </w:r>
    </w:p>
    <w:p>
      <w:r>
        <w:rPr>
          <w:b w:val="0"/>
          <w:sz w:val="20"/>
        </w:rPr>
        <w:t>AND</w:t>
      </w:r>
    </w:p>
    <w:p>
      <w:r>
        <w:rPr>
          <w:b w:val="0"/>
          <w:sz w:val="20"/>
        </w:rPr>
        <w:t>Employee Name: __________________________________________________________</w:t>
      </w:r>
    </w:p>
    <w:p>
      <w:r>
        <w:rPr>
          <w:b w:val="0"/>
          <w:sz w:val="20"/>
        </w:rPr>
        <w:t>Employee Address: _______________________________________________________</w:t>
      </w:r>
    </w:p>
    <w:p/>
    <w:p/>
    <w:p>
      <w:r>
        <w:rPr>
          <w:b/>
          <w:sz w:val="22"/>
        </w:rPr>
        <w:t>RECITALS</w:t>
      </w:r>
    </w:p>
    <w:p>
      <w:r>
        <w:rPr>
          <w:b w:val="0"/>
          <w:sz w:val="20"/>
        </w:rPr>
        <w:t>WHEREAS, the Employer desires to employ the Employee, and the Employee desires to accept such employment under the terms and conditions set forth herein;</w:t>
      </w:r>
    </w:p>
    <w:p>
      <w:r>
        <w:rPr>
          <w:b w:val="0"/>
          <w:sz w:val="20"/>
        </w:rPr>
        <w:t>NOW, THEREFORE, in consideration of the mutual promises and covenants contained herein, the parties agree as follows:</w:t>
      </w:r>
    </w:p>
    <w:p/>
    <w:p/>
    <w:p>
      <w:r>
        <w:rPr>
          <w:b/>
          <w:sz w:val="22"/>
        </w:rPr>
        <w:t>1. Position and Duties</w:t>
      </w:r>
    </w:p>
    <w:p>
      <w:r>
        <w:rPr>
          <w:b w:val="0"/>
          <w:sz w:val="20"/>
        </w:rPr>
        <w:t>The Employer hereby employs the Employee in the position of _______________________________. The Employee agrees to perform faithfully, industriously, and to the best of Employee’s ability, experience, and talents, all of the duties that may be required by the Employer as are consistent with such position.</w:t>
      </w:r>
    </w:p>
    <w:p>
      <w:r>
        <w:rPr>
          <w:b w:val="0"/>
          <w:sz w:val="20"/>
        </w:rPr>
        <w:t>The Employee shall comply with all Employer policies, procedures, and directives as may be established or amended from time to time.</w:t>
      </w:r>
    </w:p>
    <w:p/>
    <w:p>
      <w:r>
        <w:rPr>
          <w:b/>
          <w:sz w:val="22"/>
        </w:rPr>
        <w:t>2. Employment At-Will</w:t>
      </w:r>
    </w:p>
    <w:p>
      <w:r>
        <w:rPr>
          <w:b w:val="0"/>
          <w:sz w:val="20"/>
        </w:rPr>
        <w:t>The Employee’s employment with the Employer is at-will and may be terminated by either party at any time, with or without cause or notice, subject to applicable law.</w:t>
      </w:r>
    </w:p>
    <w:p/>
    <w:p>
      <w:r>
        <w:rPr>
          <w:b/>
          <w:sz w:val="22"/>
        </w:rPr>
        <w:t>3. Compensation</w:t>
      </w:r>
    </w:p>
    <w:p>
      <w:r>
        <w:rPr>
          <w:b w:val="0"/>
          <w:sz w:val="20"/>
        </w:rPr>
        <w:t>The Employer shall pay the Employee a salary of $______________ per ____________, payable in accordance with the Employer’s standard payroll practices.</w:t>
      </w:r>
    </w:p>
    <w:p>
      <w:r>
        <w:rPr>
          <w:b w:val="0"/>
          <w:sz w:val="20"/>
        </w:rPr>
        <w:t>Any applicable bonuses, commissions, or other compensation shall be at the sole discretion of the Employer unless otherwise agreed in writing.</w:t>
      </w:r>
    </w:p>
    <w:p/>
    <w:p>
      <w:r>
        <w:rPr>
          <w:b/>
          <w:sz w:val="22"/>
        </w:rPr>
        <w:t>4. Work Schedule</w:t>
      </w:r>
    </w:p>
    <w:p>
      <w:r>
        <w:rPr>
          <w:b w:val="0"/>
          <w:sz w:val="20"/>
        </w:rPr>
        <w:t>The Employee’s normal work schedule shall be ________________ (days and hours). The Employer reserves the right to modify the Employee’s schedule as business needs require.</w:t>
      </w:r>
    </w:p>
    <w:p/>
    <w:p>
      <w:r>
        <w:rPr>
          <w:b/>
          <w:sz w:val="22"/>
        </w:rPr>
        <w:t>5. Benefits</w:t>
      </w:r>
    </w:p>
    <w:p>
      <w:r>
        <w:rPr>
          <w:b w:val="0"/>
          <w:sz w:val="20"/>
        </w:rPr>
        <w:t>The Employee shall be eligible to participate in Employer-sponsored benefit plans, subject to plan terms, eligibility requirements, and Employer policies.</w:t>
      </w:r>
    </w:p>
    <w:p>
      <w:r>
        <w:rPr>
          <w:b w:val="0"/>
          <w:sz w:val="20"/>
        </w:rPr>
        <w:t>Details regarding health insurance, retirement plans, paid time off, and other benefits will be provided separately.</w:t>
      </w:r>
    </w:p>
    <w:p/>
    <w:p>
      <w:r>
        <w:rPr>
          <w:b/>
          <w:sz w:val="22"/>
        </w:rPr>
        <w:t>6. Paid Time Off</w:t>
      </w:r>
    </w:p>
    <w:p>
      <w:r>
        <w:rPr>
          <w:b w:val="0"/>
          <w:sz w:val="20"/>
        </w:rPr>
        <w:t>The Employee shall accrue paid time off (PTO) according to the Employer’s policies. Requests for PTO must be submitted in writing and approved by the Employer in advance.</w:t>
      </w:r>
    </w:p>
    <w:p/>
    <w:p>
      <w:r>
        <w:rPr>
          <w:b/>
          <w:sz w:val="22"/>
        </w:rPr>
        <w:t>7. Confidentiality</w:t>
      </w:r>
    </w:p>
    <w:p>
      <w:r>
        <w:rPr>
          <w:b w:val="0"/>
          <w:sz w:val="20"/>
        </w:rPr>
        <w:t>The Employee agrees to maintain the confidentiality of all proprietary and confidential information of the Employer and shall not disclose such information to any third party during or after the term of employment, except as authorized by the Employer or required by law.</w:t>
      </w:r>
    </w:p>
    <w:p/>
    <w:p>
      <w:r>
        <w:rPr>
          <w:b/>
          <w:sz w:val="22"/>
        </w:rPr>
        <w:t>8. Non-Competition and Non-Solicitation</w:t>
      </w:r>
    </w:p>
    <w:p>
      <w:r>
        <w:rPr>
          <w:b w:val="0"/>
          <w:sz w:val="20"/>
        </w:rPr>
        <w:t>During the term of employment and for a period of ______________ months following the termination of employment, the Employee shall not directly or indirectly engage in any business competitive with the Employer or solicit the Employer’s clients or employees, within _______________ (geographic area).</w:t>
      </w:r>
    </w:p>
    <w:p/>
    <w:p>
      <w:r>
        <w:rPr>
          <w:b/>
          <w:sz w:val="22"/>
        </w:rPr>
        <w:t>9. Termination</w:t>
      </w:r>
    </w:p>
    <w:p>
      <w:r>
        <w:rPr>
          <w:b w:val="0"/>
          <w:sz w:val="20"/>
        </w:rPr>
        <w:t>This Agreement may be terminated at any time by either party with or without cause. Upon termination, the Employee agrees to return all Employer property and confidential information.</w:t>
      </w:r>
    </w:p>
    <w:p>
      <w:r>
        <w:rPr>
          <w:b w:val="0"/>
          <w:sz w:val="20"/>
        </w:rPr>
        <w:t>The Employer may terminate the Employee immediately for cause without prior notice.</w:t>
      </w:r>
    </w:p>
    <w:p/>
    <w:p>
      <w:r>
        <w:rPr>
          <w:b/>
          <w:sz w:val="22"/>
        </w:rPr>
        <w:t>10. Severance</w:t>
      </w:r>
    </w:p>
    <w:p>
      <w:r>
        <w:rPr>
          <w:b w:val="0"/>
          <w:sz w:val="20"/>
        </w:rPr>
        <w:t>Severance pay and benefits, if any, will be provided only if expressly agreed in writing by the Employer.</w:t>
      </w:r>
    </w:p>
    <w:p/>
    <w:p>
      <w:r>
        <w:rPr>
          <w:b/>
          <w:sz w:val="22"/>
        </w:rPr>
        <w:t>11. Governing Law</w:t>
      </w:r>
    </w:p>
    <w:p>
      <w:r>
        <w:rPr>
          <w:b w:val="0"/>
          <w:sz w:val="20"/>
        </w:rPr>
        <w:t>This Agreement shall be governed by and construed in accordance with the laws of the State of ____________________, without regard to its conflict of laws principles.</w:t>
      </w:r>
    </w:p>
    <w:p/>
    <w:p>
      <w:r>
        <w:rPr>
          <w:b/>
          <w:sz w:val="22"/>
        </w:rPr>
        <w:t>12. Entire Agreement</w:t>
      </w:r>
    </w:p>
    <w:p>
      <w:r>
        <w:rPr>
          <w:b w:val="0"/>
          <w:sz w:val="20"/>
        </w:rPr>
        <w:t>This Agreement constitutes the entire agreement between the parties relating to the subject matter herein and supersedes all prior agreements, understandings, or representations.</w:t>
      </w:r>
    </w:p>
    <w:p/>
    <w:p>
      <w:r>
        <w:rPr>
          <w:b/>
          <w:sz w:val="22"/>
        </w:rPr>
        <w:t>13. Amendments</w:t>
      </w:r>
    </w:p>
    <w:p>
      <w:r>
        <w:rPr>
          <w:b w:val="0"/>
          <w:sz w:val="20"/>
        </w:rPr>
        <w:t>Any amendment or modification to this Agreement must be in writing and signed by both parties.</w:t>
      </w:r>
    </w:p>
    <w:p/>
    <w:p>
      <w:r>
        <w:rPr>
          <w:b/>
          <w:sz w:val="22"/>
        </w:rPr>
        <w:t>14. Notices</w:t>
      </w:r>
    </w:p>
    <w:p>
      <w:r>
        <w:rPr>
          <w:b w:val="0"/>
          <w:sz w:val="20"/>
        </w:rPr>
        <w:t>Any notices required or permitted under this Agreement shall be in writing and delivered to the addresses set forth above or such other address as either party may specify in writing.</w:t>
      </w:r>
    </w:p>
    <w:p/>
    <w:p/>
    <w:p>
      <w:r>
        <w:rPr>
          <w:b w:val="0"/>
          <w:sz w:val="20"/>
        </w:rPr>
        <w:t>Place: ________________________________________________________________</w:t>
      </w:r>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https://contract247-us.com/standard-employment-contract/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tandard-employmen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