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STYLED SHOOT PHOTOGRAPHY AGREEMENT</w:t>
      </w:r>
    </w:p>
    <w:p/>
    <w:p/>
    <w:p>
      <w:r>
        <w:rPr>
          <w:b/>
          <w:sz w:val="20"/>
        </w:rPr>
        <w:t>This Styled Shoot Photography Agreement ("Agreement") is entered into between:</w:t>
      </w:r>
    </w:p>
    <w:p>
      <w:r>
        <w:rPr>
          <w:b/>
          <w:sz w:val="20"/>
        </w:rPr>
        <w:t>Photographer: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Client:</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p>
      <w:r>
        <w:rPr>
          <w:b/>
          <w:sz w:val="20"/>
        </w:rPr>
        <w:t>RECITALS</w:t>
      </w:r>
    </w:p>
    <w:p>
      <w:r>
        <w:rPr>
          <w:b w:val="0"/>
          <w:sz w:val="20"/>
        </w:rPr>
        <w:t>WHEREAS, Photographer is a professional photographer specializing in styled shoots and related photographic services;</w:t>
      </w:r>
    </w:p>
    <w:p>
      <w:r>
        <w:rPr>
          <w:b w:val="0"/>
          <w:sz w:val="20"/>
        </w:rPr>
        <w:t>WHEREAS, Client desires to engage Photographer to perform the styled shoot photography services described herein;</w:t>
      </w:r>
    </w:p>
    <w:p>
      <w:r>
        <w:rPr>
          <w:b w:val="0"/>
          <w:sz w:val="20"/>
        </w:rPr>
        <w:t>NOW, THEREFORE, in consideration of the mutual promises and covenants contained herein, the parties agree as follows:</w:t>
      </w:r>
    </w:p>
    <w:p/>
    <w:p/>
    <w:p>
      <w:r>
        <w:rPr>
          <w:b/>
          <w:sz w:val="20"/>
        </w:rPr>
        <w:t>1. Scope of Work</w:t>
      </w:r>
    </w:p>
    <w:p>
      <w:r>
        <w:rPr>
          <w:b w:val="0"/>
          <w:sz w:val="20"/>
        </w:rPr>
        <w:t>Photographer agrees to provide styled shoot photography services (the "Services") as described below:</w:t>
      </w:r>
    </w:p>
    <w:p>
      <w:r>
        <w:rPr>
          <w:b w:val="0"/>
          <w:sz w:val="20"/>
        </w:rPr>
        <w:t>- Location(s): ___________________________________________________________</w:t>
      </w:r>
    </w:p>
    <w:p>
      <w:r>
        <w:rPr>
          <w:b w:val="0"/>
          <w:sz w:val="20"/>
        </w:rPr>
        <w:t>- Date(s) and Time(s): ___________________________________________________</w:t>
      </w:r>
    </w:p>
    <w:p>
      <w:r>
        <w:rPr>
          <w:b w:val="0"/>
          <w:sz w:val="20"/>
        </w:rPr>
        <w:t>- Description of Shoot Concept and Deliverables: ___________________________</w:t>
      </w:r>
    </w:p>
    <w:p>
      <w:r>
        <w:rPr>
          <w:b w:val="0"/>
          <w:sz w:val="20"/>
        </w:rPr>
        <w:t xml:space="preserve">  ________________________________________________________________________</w:t>
      </w:r>
    </w:p>
    <w:p>
      <w:r>
        <w:rPr>
          <w:b w:val="0"/>
          <w:sz w:val="20"/>
        </w:rPr>
        <w:t xml:space="preserve">  ________________________________________________________________________</w:t>
      </w:r>
    </w:p>
    <w:p/>
    <w:p>
      <w:r>
        <w:rPr>
          <w:b/>
          <w:sz w:val="20"/>
        </w:rPr>
        <w:t>2. Fees and Payment</w:t>
      </w:r>
    </w:p>
    <w:p>
      <w:r>
        <w:rPr>
          <w:b w:val="0"/>
          <w:sz w:val="20"/>
        </w:rPr>
        <w:t>Total Fee: $____________________ (USD)</w:t>
      </w:r>
    </w:p>
    <w:p>
      <w:r>
        <w:rPr>
          <w:b w:val="0"/>
          <w:sz w:val="20"/>
        </w:rPr>
        <w:t>Deposit: $____________________ due upon signing this Agreement.</w:t>
      </w:r>
    </w:p>
    <w:p>
      <w:r>
        <w:rPr>
          <w:b w:val="0"/>
          <w:sz w:val="20"/>
        </w:rPr>
        <w:t>Balance: $____________________ due on or before the day of the shoot.</w:t>
      </w:r>
    </w:p>
    <w:p>
      <w:r>
        <w:rPr>
          <w:b w:val="0"/>
          <w:sz w:val="20"/>
        </w:rPr>
        <w:t>Payments shall be made by: ________________________________________________</w:t>
      </w:r>
    </w:p>
    <w:p>
      <w:r>
        <w:rPr>
          <w:b w:val="0"/>
          <w:sz w:val="20"/>
        </w:rPr>
        <w:t>Late payments may incur additional fees at the discretion of the Photographer.</w:t>
      </w:r>
    </w:p>
    <w:p/>
    <w:p>
      <w:r>
        <w:rPr>
          <w:b/>
          <w:sz w:val="20"/>
        </w:rPr>
        <w:t>3. Cancellation and Rescheduling</w:t>
      </w:r>
    </w:p>
    <w:p>
      <w:r>
        <w:rPr>
          <w:b w:val="0"/>
          <w:sz w:val="20"/>
        </w:rPr>
        <w:t>a. Client may cancel or reschedule the shoot by providing written notice to Photographer at least 7 days prior to the scheduled date.</w:t>
      </w:r>
    </w:p>
    <w:p>
      <w:r>
        <w:rPr>
          <w:b w:val="0"/>
          <w:sz w:val="20"/>
        </w:rPr>
        <w:t>b. Deposits are non-refundable but may be applied to a rescheduled shoot if notice is given timely.</w:t>
      </w:r>
    </w:p>
    <w:p>
      <w:r>
        <w:rPr>
          <w:b w:val="0"/>
          <w:sz w:val="20"/>
        </w:rPr>
        <w:t>c. Photographer reserves the right to cancel or reschedule due to unforeseen circumstances, in which case all fees paid will be refunded or applied to a rescheduled date.</w:t>
      </w:r>
    </w:p>
    <w:p/>
    <w:p>
      <w:r>
        <w:rPr>
          <w:b/>
          <w:sz w:val="20"/>
        </w:rPr>
        <w:t>4. Responsibilities and Cooperation</w:t>
      </w:r>
    </w:p>
    <w:p>
      <w:r>
        <w:rPr>
          <w:b w:val="0"/>
          <w:sz w:val="20"/>
        </w:rPr>
        <w:t>a. Client agrees to cooperate fully with Photographer and provide access to the shoot location(s).</w:t>
      </w:r>
    </w:p>
    <w:p>
      <w:r>
        <w:rPr>
          <w:b w:val="0"/>
          <w:sz w:val="20"/>
        </w:rPr>
        <w:t>b. Client is responsible for any permits, permissions, or fees related to the shoot location(s).</w:t>
      </w:r>
    </w:p>
    <w:p>
      <w:r>
        <w:rPr>
          <w:b w:val="0"/>
          <w:sz w:val="20"/>
        </w:rPr>
        <w:t>c. Photographer will bring necessary equipment but is not responsible for damage or loss beyond reasonable care.</w:t>
      </w:r>
    </w:p>
    <w:p/>
    <w:p>
      <w:r>
        <w:rPr>
          <w:b/>
          <w:sz w:val="20"/>
        </w:rPr>
        <w:t>5. Intellectual Property and Usage Rights</w:t>
      </w:r>
    </w:p>
    <w:p>
      <w:r>
        <w:rPr>
          <w:b w:val="0"/>
          <w:sz w:val="20"/>
        </w:rPr>
        <w:t>a. Photographer retains all copyrights and ownership rights to all photographs taken during the styled shoot.</w:t>
      </w:r>
    </w:p>
    <w:p>
      <w:r>
        <w:rPr>
          <w:b w:val="0"/>
          <w:sz w:val="20"/>
        </w:rPr>
        <w:t>b. Photographer grants Client a non-exclusive, non-transferable license to use the delivered images solely for promotional and portfolio purposes related to styled shoots.</w:t>
      </w:r>
    </w:p>
    <w:p>
      <w:r>
        <w:rPr>
          <w:b w:val="0"/>
          <w:sz w:val="20"/>
        </w:rPr>
        <w:t>c. Client shall not alter, sell, or use the images for commercial purposes without prior written consent from Photographer.</w:t>
      </w:r>
    </w:p>
    <w:p>
      <w:r>
        <w:rPr>
          <w:b w:val="0"/>
          <w:sz w:val="20"/>
        </w:rPr>
        <w:t>d. Photographer may use the photographs for self-promotion, portfolio, marketing, and submission to publications.</w:t>
      </w:r>
    </w:p>
    <w:p/>
    <w:p>
      <w:r>
        <w:rPr>
          <w:b/>
          <w:sz w:val="20"/>
        </w:rPr>
        <w:t>6. Model Releases and Third-Party Consents</w:t>
      </w:r>
    </w:p>
    <w:p>
      <w:r>
        <w:rPr>
          <w:b w:val="0"/>
          <w:sz w:val="20"/>
        </w:rPr>
        <w:t>a. Client is responsible for obtaining all necessary model releases, property releases, and permissions for all persons and locations involved in the styled shoot.</w:t>
      </w:r>
    </w:p>
    <w:p>
      <w:r>
        <w:rPr>
          <w:b w:val="0"/>
          <w:sz w:val="20"/>
        </w:rPr>
        <w:t>b. Photographer shall not be liable for any claims arising from lack of releases or permissions.</w:t>
      </w:r>
    </w:p>
    <w:p/>
    <w:p>
      <w:r>
        <w:rPr>
          <w:b/>
          <w:sz w:val="20"/>
        </w:rPr>
        <w:t>7. Limitation of Liability</w:t>
      </w:r>
    </w:p>
    <w:p>
      <w:r>
        <w:rPr>
          <w:b w:val="0"/>
          <w:sz w:val="20"/>
        </w:rPr>
        <w:t>a. Photographer’s liability for any claim arising from this Agreement shall not exceed the total amount paid by Client to Photographer.</w:t>
      </w:r>
    </w:p>
    <w:p>
      <w:r>
        <w:rPr>
          <w:b w:val="0"/>
          <w:sz w:val="20"/>
        </w:rPr>
        <w:t>b. Photographer shall not be liable for indirect, incidental, consequential, or punitive damages.</w:t>
      </w:r>
    </w:p>
    <w:p>
      <w:r>
        <w:rPr>
          <w:b w:val="0"/>
          <w:sz w:val="20"/>
        </w:rPr>
        <w:t>c. In the event of equipment failure, loss, or corruption of images, Photographer's liability is limited to reshooting or refunding fees paid.</w:t>
      </w:r>
    </w:p>
    <w:p/>
    <w:p>
      <w:r>
        <w:rPr>
          <w:b/>
          <w:sz w:val="20"/>
        </w:rPr>
        <w:t>8. Indemnification</w:t>
      </w:r>
    </w:p>
    <w:p>
      <w:r>
        <w:rPr>
          <w:b w:val="0"/>
          <w:sz w:val="20"/>
        </w:rPr>
        <w:t>Client agrees to indemnify, defend, and hold harmless Photographer and its agents from any claims, damages, liabilities, costs, and expenses arising out of Client’s breach of this Agreement or acts related to the styled shoot.</w:t>
      </w:r>
    </w:p>
    <w:p/>
    <w:p>
      <w:r>
        <w:rPr>
          <w:b/>
          <w:sz w:val="20"/>
        </w:rPr>
        <w:t>9. Confidentiality</w:t>
      </w:r>
    </w:p>
    <w:p>
      <w:r>
        <w:rPr>
          <w:b w:val="0"/>
          <w:sz w:val="20"/>
        </w:rPr>
        <w:t>Both parties agree to keep confidential any proprietary or sensitive information disclosed during the course of this Agreement.</w:t>
      </w:r>
    </w:p>
    <w:p/>
    <w:p>
      <w:r>
        <w:rPr>
          <w:b/>
          <w:sz w:val="20"/>
        </w:rPr>
        <w:t>10. Governing Law and Jurisdiction</w:t>
      </w:r>
    </w:p>
    <w:p>
      <w:r>
        <w:rPr>
          <w:b w:val="0"/>
          <w:sz w:val="20"/>
        </w:rPr>
        <w:t>This Agreement shall be governed by and construed in accordance with the laws of the State of ____________________. Any disputes arising hereunder shall be resolved exclusively in the courts located in ____________________ County, State of ____________________.</w:t>
      </w:r>
    </w:p>
    <w:p/>
    <w:p>
      <w:r>
        <w:rPr>
          <w:b/>
          <w:sz w:val="20"/>
        </w:rPr>
        <w:t>11. Entire Agreement and Amendments</w:t>
      </w:r>
    </w:p>
    <w:p>
      <w:r>
        <w:rPr>
          <w:b w:val="0"/>
          <w:sz w:val="20"/>
        </w:rPr>
        <w:t>This Agreement constitutes the entire understanding between the parties with respect to the styled shoot services and supersedes all prior negotiations and understandings, whether written or oral. Any amendments must be in writing and signed by both parties.</w:t>
      </w:r>
    </w:p>
    <w:p/>
    <w:p>
      <w:r>
        <w:rPr>
          <w:b/>
          <w:sz w:val="20"/>
        </w:rPr>
        <w:t>12. Severability</w:t>
      </w:r>
    </w:p>
    <w:p>
      <w:r>
        <w:rPr>
          <w:b w:val="0"/>
          <w:sz w:val="20"/>
        </w:rPr>
        <w:t>If any provision of this Agreement is held to be invalid or unenforceable, the remaining provisions shall remain in full force and effect.</w:t>
      </w:r>
    </w:p>
    <w:p/>
    <w:p>
      <w:r>
        <w:rPr>
          <w:b/>
          <w:sz w:val="20"/>
        </w:rPr>
        <w:t>IN WITNESS WHEREOF, the parties have executed this Agreement as of the date set forth below their signatures.</w:t>
      </w:r>
    </w:p>
    <w:p/>
    <w:p/>
    <w:p>
      <w:r>
        <w:rPr>
          <w:b w:val="0"/>
          <w:sz w:val="20"/>
        </w:rPr>
        <w:t>Location: _______________________________________________________________</w:t>
      </w:r>
    </w:p>
    <w:p>
      <w:r>
        <w:rPr>
          <w:b w:val="0"/>
          <w:sz w:val="20"/>
        </w:rPr>
        <w:t>Date: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PHOTOGRAPHER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w:t>
            </w:r>
          </w:p>
        </w:tc>
        <w:tc>
          <w:tcPr>
            <w:tcW w:type="dxa" w:w="4986"/>
            <w:tcBorders>
              <w:top w:val="nil"/>
              <w:left w:val="nil"/>
              <w:bottom w:val="nil"/>
              <w:right w:val="nil"/>
              <w:insideH w:val="nil"/>
              <w:insideV w:val="nil"/>
            </w:tcBorders>
          </w:tcPr>
          <w:p>
            <w:pPr>
              <w:jc w:val="center"/>
            </w:pPr>
            <w:r>
              <w:t>Printed Name: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https://contract247-us.com/styled-shoot-contract/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tyled-shoo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