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SUBCONTRACT AGREEMENT</w:t>
      </w:r>
    </w:p>
    <w:p/>
    <w:p>
      <w:r>
        <w:rPr>
          <w:b/>
          <w:sz w:val="20"/>
        </w:rPr>
        <w:t>This Subcontract Agreement (the “Agreement”) is made by and between:</w:t>
      </w:r>
    </w:p>
    <w:p/>
    <w:p>
      <w:r>
        <w:rPr>
          <w:b/>
          <w:sz w:val="20"/>
        </w:rPr>
        <w:t>Contractor:</w:t>
      </w:r>
    </w:p>
    <w:p>
      <w:r>
        <w:rPr>
          <w:b w:val="0"/>
          <w:sz w:val="20"/>
        </w:rPr>
        <w:t>Name: 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Subcontractor:</w:t>
      </w:r>
    </w:p>
    <w:p>
      <w:r>
        <w:rPr>
          <w:b w:val="0"/>
          <w:sz w:val="20"/>
        </w:rPr>
        <w:t>Name: 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RECITALS</w:t>
      </w:r>
    </w:p>
    <w:p>
      <w:r>
        <w:rPr>
          <w:b w:val="0"/>
          <w:sz w:val="20"/>
        </w:rPr>
        <w:t>WHEREAS, Contractor has entered into a prime contract (the “Prime Contract”) with the Owner for the project described below;</w:t>
      </w:r>
    </w:p>
    <w:p>
      <w:r>
        <w:rPr>
          <w:b w:val="0"/>
          <w:sz w:val="20"/>
        </w:rPr>
        <w:t>WHEREAS, Contractor desires to engage Subcontractor to perform certain work as set forth herein;</w:t>
      </w:r>
    </w:p>
    <w:p>
      <w:r>
        <w:rPr>
          <w:b w:val="0"/>
          <w:sz w:val="20"/>
        </w:rPr>
        <w:t>NOW, THEREFORE, in consideration of the mutual covenants contained herein, the parties agree as follows:</w:t>
      </w:r>
    </w:p>
    <w:p/>
    <w:p>
      <w:r>
        <w:rPr>
          <w:b/>
          <w:sz w:val="20"/>
        </w:rPr>
        <w:t>1. Scope of Work</w:t>
      </w:r>
    </w:p>
    <w:p>
      <w:r>
        <w:rPr>
          <w:b w:val="0"/>
          <w:sz w:val="20"/>
        </w:rPr>
        <w:t>Subcontractor shall furnish all labor, materials, equipment, supervision, and services necessary to perform the following work (the “Work”) in accordance with the terms of this Agreement and the Prime Contract:</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2. Contract Documents</w:t>
      </w:r>
    </w:p>
    <w:p>
      <w:r>
        <w:rPr>
          <w:b w:val="0"/>
          <w:sz w:val="20"/>
        </w:rPr>
        <w:t>The Contract Documents consist of this Agreement, the Prime Contract, drawings, specifications, addenda, and all other documents referenced herein. All such documents are hereby incorporated by reference and made part of this Agreement.</w:t>
      </w:r>
    </w:p>
    <w:p/>
    <w:p>
      <w:r>
        <w:rPr>
          <w:b/>
          <w:sz w:val="20"/>
        </w:rPr>
        <w:t>3. Time of Performance</w:t>
      </w:r>
    </w:p>
    <w:p>
      <w:r>
        <w:rPr>
          <w:b w:val="0"/>
          <w:sz w:val="20"/>
        </w:rPr>
        <w:t>Subcontractor shall commence the Work promptly upon Contractor’s notice to proceed and shall diligently pursue completion so as to not delay the Project. The Work shall be substantially completed by the date(s) specified below or as otherwise agreed in writing:</w:t>
      </w:r>
    </w:p>
    <w:p>
      <w:r>
        <w:rPr>
          <w:b w:val="0"/>
          <w:sz w:val="20"/>
        </w:rPr>
        <w:t>Start Date: _______________________</w:t>
      </w:r>
    </w:p>
    <w:p>
      <w:r>
        <w:rPr>
          <w:b w:val="0"/>
          <w:sz w:val="20"/>
        </w:rPr>
        <w:t>Completion Date: ___________________</w:t>
      </w:r>
    </w:p>
    <w:p/>
    <w:p>
      <w:r>
        <w:rPr>
          <w:b/>
          <w:sz w:val="20"/>
        </w:rPr>
        <w:t>4. Contract Price and Payment</w:t>
      </w:r>
    </w:p>
    <w:p>
      <w:r>
        <w:rPr>
          <w:b w:val="0"/>
          <w:sz w:val="20"/>
        </w:rPr>
        <w:t>Contractor agrees to pay Subcontractor the total sum of $________________ (the “Contract Price”) for the full and satisfactory performance of the Work. Payment shall be made in accordance with the following schedule and terms:</w:t>
      </w:r>
    </w:p>
    <w:p>
      <w:r>
        <w:rPr>
          <w:b w:val="0"/>
          <w:sz w:val="20"/>
        </w:rPr>
        <w:t>- Payment Applications: Subcontractor shall submit itemized payment applications stating the value of Work performed.</w:t>
      </w:r>
    </w:p>
    <w:p>
      <w:r>
        <w:rPr>
          <w:b w:val="0"/>
          <w:sz w:val="20"/>
        </w:rPr>
        <w:t>- Progress Payments: Contractor shall pay Subcontractor within ________ days after receipt and approval of payment applications.</w:t>
      </w:r>
    </w:p>
    <w:p>
      <w:r>
        <w:rPr>
          <w:b w:val="0"/>
          <w:sz w:val="20"/>
        </w:rPr>
        <w:t>- Final Payment: Final payment shall be made upon Subcontractor’s completion of the Work and acceptance by Contractor and Owner.</w:t>
      </w:r>
    </w:p>
    <w:p/>
    <w:p>
      <w:r>
        <w:rPr>
          <w:b/>
          <w:sz w:val="20"/>
        </w:rPr>
        <w:t>5. Changes in the Work</w:t>
      </w:r>
    </w:p>
    <w:p>
      <w:r>
        <w:rPr>
          <w:b w:val="0"/>
          <w:sz w:val="20"/>
        </w:rPr>
        <w:t>Any changes, additions, or deletions to the Work shall be authorized only by written Change Orders signed by Contractor and Subcontractor. Adjustments to the Contract Price or Schedule shall be made accordingly.</w:t>
      </w:r>
    </w:p>
    <w:p/>
    <w:p>
      <w:r>
        <w:rPr>
          <w:b/>
          <w:sz w:val="20"/>
        </w:rPr>
        <w:t>6. Subcontractor’s Responsibilities</w:t>
      </w:r>
    </w:p>
    <w:p>
      <w:r>
        <w:rPr>
          <w:b w:val="0"/>
          <w:sz w:val="20"/>
        </w:rPr>
        <w:t>- Perform the Work in a good and workmanlike manner, in accordance with industry standards and contract requirements.</w:t>
      </w:r>
    </w:p>
    <w:p>
      <w:r>
        <w:rPr>
          <w:b w:val="0"/>
          <w:sz w:val="20"/>
        </w:rPr>
        <w:t>- Comply with all applicable laws, codes, regulations, and permits.</w:t>
      </w:r>
    </w:p>
    <w:p>
      <w:r>
        <w:rPr>
          <w:b w:val="0"/>
          <w:sz w:val="20"/>
        </w:rPr>
        <w:t>- Provide, at Subcontractor’s expense, all labor, materials, tools, equipment, supervision, and safety measures.</w:t>
      </w:r>
    </w:p>
    <w:p>
      <w:r>
        <w:rPr>
          <w:b w:val="0"/>
          <w:sz w:val="20"/>
        </w:rPr>
        <w:t>- Coordinate with Contractor, other subcontractors, and the Owner to avoid interference and delays.</w:t>
      </w:r>
    </w:p>
    <w:p>
      <w:r>
        <w:rPr>
          <w:b w:val="0"/>
          <w:sz w:val="20"/>
        </w:rPr>
        <w:t>- Maintain a clean and safe work environment.</w:t>
      </w:r>
    </w:p>
    <w:p>
      <w:r>
        <w:rPr>
          <w:b w:val="0"/>
          <w:sz w:val="20"/>
        </w:rPr>
        <w:t>- Promptly correct any defective work or materials.</w:t>
      </w:r>
    </w:p>
    <w:p/>
    <w:p>
      <w:r>
        <w:rPr>
          <w:b/>
          <w:sz w:val="20"/>
        </w:rPr>
        <w:t>7. Contractor’s Responsibilities</w:t>
      </w:r>
    </w:p>
    <w:p>
      <w:r>
        <w:rPr>
          <w:b w:val="0"/>
          <w:sz w:val="20"/>
        </w:rPr>
        <w:t>- Provide access to the Project site and necessary information.</w:t>
      </w:r>
    </w:p>
    <w:p>
      <w:r>
        <w:rPr>
          <w:b w:val="0"/>
          <w:sz w:val="20"/>
        </w:rPr>
        <w:t>- Make timely payments in accordance with this Agreement.</w:t>
      </w:r>
    </w:p>
    <w:p>
      <w:r>
        <w:rPr>
          <w:b w:val="0"/>
          <w:sz w:val="20"/>
        </w:rPr>
        <w:t>- Coordinate overall Project and provide necessary direction.</w:t>
      </w:r>
    </w:p>
    <w:p/>
    <w:p>
      <w:r>
        <w:rPr>
          <w:b/>
          <w:sz w:val="20"/>
        </w:rPr>
        <w:t>8. Indemnification</w:t>
      </w:r>
    </w:p>
    <w:p>
      <w:r>
        <w:rPr>
          <w:b w:val="0"/>
          <w:sz w:val="20"/>
        </w:rPr>
        <w:t>Subcontractor shall indemnify, defend, and hold harmless Contractor, its officers, agents, and employees from and against all claims, damages, losses, and expenses, including attorney’s fees, arising out of or resulting from Subcontractor’s performance of the Work, provided that such claims are caused in whole or in part by any negligent act or omission of Subcontractor or its subcontractors.</w:t>
      </w:r>
    </w:p>
    <w:p/>
    <w:p>
      <w:r>
        <w:rPr>
          <w:b/>
          <w:sz w:val="20"/>
        </w:rPr>
        <w:t>9. Insurance</w:t>
      </w:r>
    </w:p>
    <w:p>
      <w:r>
        <w:rPr>
          <w:b w:val="0"/>
          <w:sz w:val="20"/>
        </w:rPr>
        <w:t>Subcontractor shall maintain during the term of this Agreement the following insurance coverage with companies acceptable to Contractor:</w:t>
      </w:r>
    </w:p>
    <w:p>
      <w:r>
        <w:rPr>
          <w:b w:val="0"/>
          <w:sz w:val="20"/>
        </w:rPr>
        <w:t>- Commercial General Liability: $________________ per occurrence</w:t>
      </w:r>
    </w:p>
    <w:p>
      <w:r>
        <w:rPr>
          <w:b w:val="0"/>
          <w:sz w:val="20"/>
        </w:rPr>
        <w:t>- Workers’ Compensation as required by law</w:t>
      </w:r>
    </w:p>
    <w:p>
      <w:r>
        <w:rPr>
          <w:b w:val="0"/>
          <w:sz w:val="20"/>
        </w:rPr>
        <w:t>- Automobile Liability: $________________</w:t>
      </w:r>
    </w:p>
    <w:p>
      <w:r>
        <w:rPr>
          <w:b w:val="0"/>
          <w:sz w:val="20"/>
        </w:rPr>
        <w:t>- Any other coverage as required by Contractor or the Prime Contract</w:t>
      </w:r>
    </w:p>
    <w:p>
      <w:r>
        <w:rPr>
          <w:b w:val="0"/>
          <w:sz w:val="20"/>
        </w:rPr>
        <w:t>Certificates of insurance evidencing such coverage shall be provided to Contractor prior to commencement of Work.</w:t>
      </w:r>
    </w:p>
    <w:p/>
    <w:p>
      <w:r>
        <w:rPr>
          <w:b/>
          <w:sz w:val="20"/>
        </w:rPr>
        <w:t>10. Warranties</w:t>
      </w:r>
    </w:p>
    <w:p>
      <w:r>
        <w:rPr>
          <w:b w:val="0"/>
          <w:sz w:val="20"/>
        </w:rPr>
        <w:t>Subcontractor warrants that all Work performed and materials supplied shall be free from defects in workmanship and materials for a period of one (1) year from the date of completion and acceptance, except as otherwise specified. Subcontractor shall promptly repair or replace defective Work at no cost to Contractor.</w:t>
      </w:r>
    </w:p>
    <w:p/>
    <w:p>
      <w:r>
        <w:rPr>
          <w:b/>
          <w:sz w:val="20"/>
        </w:rPr>
        <w:t>11. Termination</w:t>
      </w:r>
    </w:p>
    <w:p>
      <w:r>
        <w:rPr>
          <w:b w:val="0"/>
          <w:sz w:val="20"/>
        </w:rPr>
        <w:t>Contractor may terminate this Agreement for cause upon written notice if Subcontractor fails to perform its obligations or breaches this Agreement. Contractor may also terminate for convenience upon written notice, subject to payment for Work performed to date and reasonable demobilization costs.</w:t>
      </w:r>
    </w:p>
    <w:p/>
    <w:p>
      <w:r>
        <w:rPr>
          <w:b/>
          <w:sz w:val="20"/>
        </w:rPr>
        <w:t>12. Dispute Resolution</w:t>
      </w:r>
    </w:p>
    <w:p>
      <w:r>
        <w:rPr>
          <w:b w:val="0"/>
          <w:sz w:val="20"/>
        </w:rPr>
        <w:t>Any disputes arising under this Agreement shall first be subject to good faith negotiation between the parties. If unresolved, disputes shall be submitted to mediation before a mutually agreed mediator. If mediation fails, disputes shall be resolved by binding arbitration in accordance with the rules of the American Arbitration Association, held in the jurisdiction where the Project is located.</w:t>
      </w:r>
    </w:p>
    <w:p/>
    <w:p>
      <w:r>
        <w:rPr>
          <w:b/>
          <w:sz w:val="20"/>
        </w:rPr>
        <w:t>13. Compliance with Laws</w:t>
      </w:r>
    </w:p>
    <w:p>
      <w:r>
        <w:rPr>
          <w:b w:val="0"/>
          <w:sz w:val="20"/>
        </w:rPr>
        <w:t>Subcontractor shall comply with all applicable federal, state, and local laws, ordinances, codes, regulations, and requirements related to the performance of the Work, including but not limited to labor laws, safety regulations, and environmental laws.</w:t>
      </w:r>
    </w:p>
    <w:p/>
    <w:p>
      <w:r>
        <w:rPr>
          <w:b/>
          <w:sz w:val="20"/>
        </w:rPr>
        <w:t>14. Independent Contractor</w:t>
      </w:r>
    </w:p>
    <w:p>
      <w:r>
        <w:rPr>
          <w:b w:val="0"/>
          <w:sz w:val="20"/>
        </w:rPr>
        <w:t>Subcontractor is an independent contractor and not an employee or agent of Contractor. Subcontractor shall have sole control over the means and methods of performing the Work.</w:t>
      </w:r>
    </w:p>
    <w:p/>
    <w:p>
      <w:r>
        <w:rPr>
          <w:b/>
          <w:sz w:val="20"/>
        </w:rPr>
        <w:t>15. Confidentiality</w:t>
      </w:r>
    </w:p>
    <w:p>
      <w:r>
        <w:rPr>
          <w:b w:val="0"/>
          <w:sz w:val="20"/>
        </w:rPr>
        <w:t>Subcontractor agrees to keep confidential all proprietary or sensitive information disclosed by Contractor or the Owner during the performance of this Agreement and not to disclose such information to third parties without prior written consent.</w:t>
      </w:r>
    </w:p>
    <w:p/>
    <w:p>
      <w:r>
        <w:rPr>
          <w:b/>
          <w:sz w:val="20"/>
        </w:rPr>
        <w:t>16. Assignment and Subcontracts</w:t>
      </w:r>
    </w:p>
    <w:p>
      <w:r>
        <w:rPr>
          <w:b w:val="0"/>
          <w:sz w:val="20"/>
        </w:rPr>
        <w:t>Subcontractor shall not assign or subcontract any portion of the Work without prior written approval from Contractor. Any approved subcontracting shall not relieve Subcontractor from full responsibility and liability under this Agreement.</w:t>
      </w:r>
    </w:p>
    <w:p/>
    <w:p>
      <w:r>
        <w:rPr>
          <w:b/>
          <w:sz w:val="20"/>
        </w:rPr>
        <w:t>17. Notices</w:t>
      </w:r>
    </w:p>
    <w:p>
      <w:r>
        <w:rPr>
          <w:b w:val="0"/>
          <w:sz w:val="20"/>
        </w:rPr>
        <w:t>All notices required or permitted under this Agreement shall be in writing and delivered personally, by certified mail, or by recognized courier service to the addresses set forth herein or as otherwise designated by written notice.</w:t>
      </w:r>
    </w:p>
    <w:p/>
    <w:p>
      <w:r>
        <w:rPr>
          <w:b/>
          <w:sz w:val="20"/>
        </w:rPr>
        <w:t>18. Entire Agreement</w:t>
      </w:r>
    </w:p>
    <w:p>
      <w:r>
        <w:rPr>
          <w:b w:val="0"/>
          <w:sz w:val="20"/>
        </w:rPr>
        <w:t>This Agreement, including the Contract Documents referenced herein, constitutes the entire agreement between the parties and supersedes all prior negotiations, representations, or agreements, whether written or oral. No modification or amendment shall be binding unless in writing and signed by both parties.</w:t>
      </w:r>
    </w:p>
    <w:p/>
    <w:p>
      <w:r>
        <w:rPr>
          <w:b/>
          <w:sz w:val="20"/>
        </w:rPr>
        <w:t>19. Governing Law</w:t>
      </w:r>
    </w:p>
    <w:p>
      <w:r>
        <w:rPr>
          <w:b w:val="0"/>
          <w:sz w:val="20"/>
        </w:rPr>
        <w:t>This Agreement shall be governed by and construed in accordance with the laws of the State in which the Project is located, without regard to conflict of law principles.</w:t>
      </w:r>
    </w:p>
    <w:p/>
    <w:p/>
    <w:p>
      <w:r>
        <w:rPr>
          <w:b w:val="0"/>
          <w:sz w:val="20"/>
        </w:rPr>
        <w:t>Place of Agreement Execution: 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SUBCONTRACTOR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https://contract247-us.com/sub-contract/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ub-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