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SUGAR BABY AGREEMENT</w:t>
      </w:r>
    </w:p>
    <w:p/>
    <w:p>
      <w:r>
        <w:rPr>
          <w:b/>
          <w:sz w:val="20"/>
        </w:rPr>
        <w:t>This Agreement is entered into by and between the following parties:</w:t>
      </w:r>
    </w:p>
    <w:p/>
    <w:p>
      <w:r>
        <w:rPr>
          <w:b/>
          <w:sz w:val="20"/>
        </w:rPr>
        <w:t>Sugar Daddy / Sponsor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r>
        <w:rPr>
          <w:b/>
          <w:sz w:val="20"/>
        </w:rPr>
        <w:t>Sugar Baby / Recipient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r>
        <w:rPr>
          <w:b/>
          <w:sz w:val="20"/>
        </w:rPr>
        <w:t>RECITALS</w:t>
      </w:r>
    </w:p>
    <w:p>
      <w:r>
        <w:rPr>
          <w:b w:val="0"/>
          <w:sz w:val="20"/>
        </w:rPr>
        <w:t>WHEREAS, the Sponsor agrees to provide financial and/or material support to the Recipient; and</w:t>
      </w:r>
    </w:p>
    <w:p>
      <w:r>
        <w:rPr>
          <w:b w:val="0"/>
          <w:sz w:val="20"/>
        </w:rPr>
        <w:t>WHEREAS, the Recipient agrees to provide companionship and other mutually agreed upon terms during the term of this Agreement.</w:t>
      </w:r>
    </w:p>
    <w:p/>
    <w:p>
      <w:r>
        <w:rPr>
          <w:b/>
          <w:sz w:val="20"/>
        </w:rPr>
        <w:t>1. Term of Agreement</w:t>
      </w:r>
    </w:p>
    <w:p>
      <w:r>
        <w:rPr>
          <w:b w:val="0"/>
          <w:sz w:val="20"/>
        </w:rPr>
        <w:t>This Agreement shall commence on the date of signature by both parties and shall continue for a period mutually agreed upon or until terminated in accordance with this Agreement.</w:t>
      </w:r>
    </w:p>
    <w:p/>
    <w:p>
      <w:r>
        <w:rPr>
          <w:b/>
          <w:sz w:val="20"/>
        </w:rPr>
        <w:t>2. Financial Support and Benefits</w:t>
      </w:r>
    </w:p>
    <w:p>
      <w:r>
        <w:rPr>
          <w:b w:val="0"/>
          <w:sz w:val="20"/>
        </w:rPr>
        <w:t>The Sponsor agrees to provide the Recipient with financial support totaling: ________________________ (specify amount and frequency, e.g., monthly allowance, gifts, expenses).</w:t>
      </w:r>
    </w:p>
    <w:p>
      <w:r>
        <w:rPr>
          <w:b w:val="0"/>
          <w:sz w:val="20"/>
        </w:rPr>
        <w:t>Details of the financial support and benefits are as follows:</w:t>
      </w:r>
    </w:p>
    <w:p>
      <w:r>
        <w:rPr>
          <w:b w:val="0"/>
          <w:sz w:val="20"/>
        </w:rPr>
        <w:t>______________________________________________________________________________</w:t>
      </w:r>
    </w:p>
    <w:p>
      <w:r>
        <w:rPr>
          <w:b w:val="0"/>
          <w:sz w:val="20"/>
        </w:rPr>
        <w:t>______________________________________________________________________________</w:t>
      </w:r>
    </w:p>
    <w:p/>
    <w:p>
      <w:r>
        <w:rPr>
          <w:b/>
          <w:sz w:val="20"/>
        </w:rPr>
        <w:t>3. Duties and Expectations of the Recipient</w:t>
      </w:r>
    </w:p>
    <w:p>
      <w:r>
        <w:rPr>
          <w:b w:val="0"/>
          <w:sz w:val="20"/>
        </w:rPr>
        <w:t>The Recipient agrees to provide companionship and other agreed-upon activities during the term of this Agreement, including but not limited to:</w:t>
      </w:r>
    </w:p>
    <w:p>
      <w:r>
        <w:rPr>
          <w:b w:val="0"/>
          <w:sz w:val="20"/>
        </w:rPr>
        <w:t>- Attending social events as requested by the Sponsor.</w:t>
      </w:r>
    </w:p>
    <w:p>
      <w:r>
        <w:rPr>
          <w:b w:val="0"/>
          <w:sz w:val="20"/>
        </w:rPr>
        <w:t>- Spending agreed-upon time with the Sponsor.</w:t>
      </w:r>
    </w:p>
    <w:p>
      <w:r>
        <w:rPr>
          <w:b w:val="0"/>
          <w:sz w:val="20"/>
        </w:rPr>
        <w:t>- Maintaining confidentiality regarding the nature of this relationship.</w:t>
      </w:r>
    </w:p>
    <w:p>
      <w:r>
        <w:rPr>
          <w:b w:val="0"/>
          <w:sz w:val="20"/>
        </w:rPr>
        <w:t>- Any additional duties mutually agreed upon: ________________________________</w:t>
      </w:r>
    </w:p>
    <w:p/>
    <w:p>
      <w:r>
        <w:rPr>
          <w:b/>
          <w:sz w:val="20"/>
        </w:rPr>
        <w:t>4. Mutual Respect and Conduct</w:t>
      </w:r>
    </w:p>
    <w:p>
      <w:r>
        <w:rPr>
          <w:b w:val="0"/>
          <w:sz w:val="20"/>
        </w:rPr>
        <w:t>Both parties agree to treat each other with respect, dignity, and honesty at all times.</w:t>
      </w:r>
    </w:p>
    <w:p>
      <w:r>
        <w:rPr>
          <w:b w:val="0"/>
          <w:sz w:val="20"/>
        </w:rPr>
        <w:t>The parties agree to communicate openly regarding any concerns or changes in circumstances.</w:t>
      </w:r>
    </w:p>
    <w:p/>
    <w:p>
      <w:r>
        <w:rPr>
          <w:b/>
          <w:sz w:val="20"/>
        </w:rPr>
        <w:t>5. Confidentiality</w:t>
      </w:r>
    </w:p>
    <w:p>
      <w:r>
        <w:rPr>
          <w:b w:val="0"/>
          <w:sz w:val="20"/>
        </w:rPr>
        <w:t>Both parties agree to keep confidential all personal information and details related to this Agreement, except where disclosure is required by law.</w:t>
      </w:r>
    </w:p>
    <w:p/>
    <w:p>
      <w:r>
        <w:rPr>
          <w:b/>
          <w:sz w:val="20"/>
        </w:rPr>
        <w:t>6. Termination</w:t>
      </w:r>
    </w:p>
    <w:p>
      <w:r>
        <w:rPr>
          <w:b w:val="0"/>
          <w:sz w:val="20"/>
        </w:rPr>
        <w:t>Either party may terminate this Agreement at any time by providing written notice to the other party.</w:t>
      </w:r>
    </w:p>
    <w:p>
      <w:r>
        <w:rPr>
          <w:b w:val="0"/>
          <w:sz w:val="20"/>
        </w:rPr>
        <w:t>Termination shall not relieve either party of obligations incurred prior to the date of termination.</w:t>
      </w:r>
    </w:p>
    <w:p/>
    <w:p>
      <w:r>
        <w:rPr>
          <w:b/>
          <w:sz w:val="20"/>
        </w:rPr>
        <w:t>7. No Legal or Marital Obligations</w:t>
      </w:r>
    </w:p>
    <w:p>
      <w:r>
        <w:rPr>
          <w:b w:val="0"/>
          <w:sz w:val="20"/>
        </w:rPr>
        <w:t>This Agreement does not create a marriage, domestic partnership, or any other legal relationship between the parties beyond the terms explicitly stated herein.</w:t>
      </w:r>
    </w:p>
    <w:p>
      <w:r>
        <w:rPr>
          <w:b w:val="0"/>
          <w:sz w:val="20"/>
        </w:rPr>
        <w:t>Neither party shall have any legal claim to the other party's assets or support outside of this Agreement.</w:t>
      </w:r>
    </w:p>
    <w:p/>
    <w:p>
      <w:r>
        <w:rPr>
          <w:b/>
          <w:sz w:val="20"/>
        </w:rPr>
        <w:t>8. Representations and Warranties</w:t>
      </w:r>
    </w:p>
    <w:p>
      <w:r>
        <w:rPr>
          <w:b w:val="0"/>
          <w:sz w:val="20"/>
        </w:rPr>
        <w:t>Each party represents and warrants that they are of legal age, have the capacity to enter into this Agreement, and that the execution of this Agreement does not violate any other contract or legal obligation.</w:t>
      </w:r>
    </w:p>
    <w:p/>
    <w:p>
      <w:r>
        <w:rPr>
          <w:b/>
          <w:sz w:val="20"/>
        </w:rPr>
        <w:t>9. Governing Law and Jurisdiction</w:t>
      </w:r>
    </w:p>
    <w:p>
      <w:r>
        <w:rPr>
          <w:b w:val="0"/>
          <w:sz w:val="20"/>
        </w:rPr>
        <w:t>This Agreement shall be governed by and construed in accordance with the laws of the State of __________________.</w:t>
      </w:r>
    </w:p>
    <w:p>
      <w:r>
        <w:rPr>
          <w:b w:val="0"/>
          <w:sz w:val="20"/>
        </w:rPr>
        <w:t>Any disputes arising under or in connection with this Agreement shall be resolved exclusively in the courts located within said State.</w:t>
      </w:r>
    </w:p>
    <w:p/>
    <w:p>
      <w:r>
        <w:rPr>
          <w:b/>
          <w:sz w:val="20"/>
        </w:rPr>
        <w:t>10. Entire Agreement</w:t>
      </w:r>
    </w:p>
    <w:p>
      <w:r>
        <w:rPr>
          <w:b w:val="0"/>
          <w:sz w:val="20"/>
        </w:rPr>
        <w:t>This Agreement constitutes the entire agreement between the parties regarding its subject matter and supersedes all prior understandings, agreements, or representations.</w:t>
      </w:r>
    </w:p>
    <w:p/>
    <w:p>
      <w:r>
        <w:rPr>
          <w:b/>
          <w:sz w:val="20"/>
        </w:rPr>
        <w:t>11. Amendments</w:t>
      </w:r>
    </w:p>
    <w:p>
      <w:r>
        <w:rPr>
          <w:b w:val="0"/>
          <w:sz w:val="20"/>
        </w:rPr>
        <w:t>Any amendments or modifications to this Agreement must be in writing and signed by both parties.</w:t>
      </w:r>
    </w:p>
    <w:p/>
    <w:p>
      <w:r>
        <w:rPr>
          <w:b/>
          <w:sz w:val="20"/>
        </w:rPr>
        <w:t>12. Severability</w:t>
      </w:r>
    </w:p>
    <w:p>
      <w:r>
        <w:rPr>
          <w:b w:val="0"/>
          <w:sz w:val="20"/>
        </w:rPr>
        <w:t>If any provision of this Agreement is found to be invalid or unenforceable, the remaining provisions shall continue in full force and effect.</w:t>
      </w:r>
    </w:p>
    <w:p/>
    <w:p>
      <w:r>
        <w:rPr>
          <w:b/>
          <w:sz w:val="20"/>
        </w:rPr>
        <w:t>13. Waiver</w:t>
      </w:r>
    </w:p>
    <w:p>
      <w:r>
        <w:rPr>
          <w:b w:val="0"/>
          <w:sz w:val="20"/>
        </w:rPr>
        <w:t>Failure or delay by either party to enforce any provision of this Agreement shall not be construed as a waiver of that provision or any other provision.</w:t>
      </w:r>
    </w:p>
    <w:p/>
    <w:p/>
    <w:p>
      <w:r>
        <w:rPr>
          <w:b w:val="0"/>
          <w:sz w:val="20"/>
        </w:rPr>
        <w:t>Place of signature: 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SPONSOR (SUGAR DADDY)</w:t>
            </w:r>
          </w:p>
        </w:tc>
        <w:tc>
          <w:tcPr>
            <w:tcW w:type="dxa" w:w="4986"/>
            <w:tcBorders>
              <w:top w:val="nil"/>
              <w:left w:val="nil"/>
              <w:bottom w:val="nil"/>
              <w:right w:val="nil"/>
              <w:insideH w:val="nil"/>
              <w:insideV w:val="nil"/>
            </w:tcBorders>
          </w:tcPr>
          <w:p>
            <w:pPr>
              <w:jc w:val="center"/>
            </w:pPr>
            <w:r>
              <w:t>RECIPIENT (SUGAR BABY)</w:t>
            </w:r>
          </w:p>
        </w:tc>
      </w:tr>
      <w:tr>
        <w:tc>
          <w:tcPr>
            <w:tcW w:type="dxa" w:w="4986"/>
            <w:tcBorders>
              <w:top w:val="nil"/>
              <w:left w:val="nil"/>
              <w:bottom w:val="nil"/>
              <w:right w:val="nil"/>
              <w:insideH w:val="nil"/>
              <w:insideV w:val="nil"/>
            </w:tcBorders>
          </w:tcPr>
          <w:p>
            <w:pPr>
              <w:jc w:val="center"/>
            </w:pPr>
            <w:r>
              <w:br/>
              <w:br/>
              <w:t>Signature: __________________________</w:t>
            </w:r>
          </w:p>
        </w:tc>
        <w:tc>
          <w:tcPr>
            <w:tcW w:type="dxa" w:w="4986"/>
            <w:tcBorders>
              <w:top w:val="nil"/>
              <w:left w:val="nil"/>
              <w:bottom w:val="nil"/>
              <w:right w:val="nil"/>
              <w:insideH w:val="nil"/>
              <w:insideV w:val="nil"/>
            </w:tcBorders>
          </w:tcPr>
          <w:p>
            <w:pPr>
              <w:jc w:val="center"/>
            </w:pPr>
            <w:r>
              <w:br/>
              <w:br/>
              <w:t>Signature: __________________________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https://contract247-us.com/sugar-baby-contract/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sugar-baby-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