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TOWING SERVICE AGREEMENT</w:t>
      </w:r>
    </w:p>
    <w:p/>
    <w:p>
      <w:r>
        <w:rPr>
          <w:b/>
          <w:sz w:val="20"/>
        </w:rPr>
        <w:t>This Towing Service Agreement ("Agreement") is made between the following parties:</w:t>
      </w:r>
    </w:p>
    <w:p/>
    <w:p>
      <w:r>
        <w:rPr>
          <w:b/>
          <w:sz w:val="20"/>
        </w:rPr>
        <w:t>Service Provider ("Towing Company") Information:</w:t>
      </w:r>
    </w:p>
    <w:p>
      <w:r>
        <w:rPr>
          <w:b w:val="0"/>
          <w:sz w:val="20"/>
        </w:rPr>
        <w:t>Company Name: ____________________________________________________________</w:t>
      </w:r>
    </w:p>
    <w:p>
      <w:r>
        <w:rPr>
          <w:b w:val="0"/>
          <w:sz w:val="20"/>
        </w:rPr>
        <w:t>Business Address: _________________________________________________________</w:t>
      </w:r>
    </w:p>
    <w:p>
      <w:r>
        <w:rPr>
          <w:b w:val="0"/>
          <w:sz w:val="20"/>
        </w:rPr>
        <w:t>Phone Number: _____________________________________________________________</w:t>
      </w:r>
    </w:p>
    <w:p>
      <w:r>
        <w:rPr>
          <w:b w:val="0"/>
          <w:sz w:val="20"/>
        </w:rPr>
        <w:t>Email: ___________________________________________________________________</w:t>
      </w:r>
    </w:p>
    <w:p/>
    <w:p>
      <w:r>
        <w:rPr>
          <w:b/>
          <w:sz w:val="20"/>
        </w:rPr>
        <w:t>Service Recipient ("Customer") Information:</w:t>
      </w:r>
    </w:p>
    <w:p>
      <w:r>
        <w:rPr>
          <w:b w:val="0"/>
          <w:sz w:val="20"/>
        </w:rPr>
        <w:t>Full Name / Company: 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_____________________________________________________________</w:t>
      </w:r>
    </w:p>
    <w:p>
      <w:r>
        <w:rPr>
          <w:b w:val="0"/>
          <w:sz w:val="20"/>
        </w:rPr>
        <w:t>Email: ___________________________________________________________________</w:t>
      </w:r>
    </w:p>
    <w:p/>
    <w:p>
      <w:r>
        <w:rPr>
          <w:b/>
          <w:sz w:val="20"/>
        </w:rPr>
        <w:t>Vehicle to be Towed Information:</w:t>
      </w:r>
    </w:p>
    <w:p>
      <w:r>
        <w:rPr>
          <w:b w:val="0"/>
          <w:sz w:val="20"/>
        </w:rPr>
        <w:t>Make / Model: ____________________________________________________________</w:t>
      </w:r>
    </w:p>
    <w:p>
      <w:r>
        <w:rPr>
          <w:b w:val="0"/>
          <w:sz w:val="20"/>
        </w:rPr>
        <w:t>Year: ____________________________________________________________________</w:t>
      </w:r>
    </w:p>
    <w:p>
      <w:r>
        <w:rPr>
          <w:b w:val="0"/>
          <w:sz w:val="20"/>
        </w:rPr>
        <w:t>Color: ___________________________________________________________________</w:t>
      </w:r>
    </w:p>
    <w:p>
      <w:r>
        <w:rPr>
          <w:b w:val="0"/>
          <w:sz w:val="20"/>
        </w:rPr>
        <w:t>Vehicle Identification Number (VIN): _______________________________________</w:t>
      </w:r>
    </w:p>
    <w:p>
      <w:r>
        <w:rPr>
          <w:b w:val="0"/>
          <w:sz w:val="20"/>
        </w:rPr>
        <w:t>License Plate Number: _____________________________________________________</w:t>
      </w:r>
    </w:p>
    <w:p/>
    <w:p>
      <w:r>
        <w:rPr>
          <w:b/>
          <w:sz w:val="20"/>
        </w:rPr>
        <w:t>1. Description of Services</w:t>
      </w:r>
    </w:p>
    <w:p>
      <w:r>
        <w:rPr>
          <w:b w:val="0"/>
          <w:sz w:val="20"/>
        </w:rPr>
        <w:t>The Towing Company agrees to provide towing services for the Vehicle described above from the pickup location to the designated delivery location as specified by the Customer. The services include the use of suitable towing equipment, transportation, and any necessary assistance to safely tow the Vehicle.</w:t>
      </w:r>
    </w:p>
    <w:p/>
    <w:p>
      <w:r>
        <w:rPr>
          <w:b/>
          <w:sz w:val="20"/>
        </w:rPr>
        <w:t>2. Service Schedule and Locations</w:t>
      </w:r>
    </w:p>
    <w:p>
      <w:r>
        <w:rPr>
          <w:b w:val="0"/>
          <w:sz w:val="20"/>
        </w:rPr>
        <w:t>a) Pickup Location: ________________________________________________________</w:t>
      </w:r>
    </w:p>
    <w:p>
      <w:r>
        <w:rPr>
          <w:b w:val="0"/>
          <w:sz w:val="20"/>
        </w:rPr>
        <w:t>b) Delivery Location: ______________________________________________________</w:t>
      </w:r>
    </w:p>
    <w:p>
      <w:r>
        <w:rPr>
          <w:b w:val="0"/>
          <w:sz w:val="20"/>
        </w:rPr>
        <w:t>c) Date and Time of Service: _______________________________________________</w:t>
      </w:r>
    </w:p>
    <w:p>
      <w:r>
        <w:rPr>
          <w:b w:val="0"/>
          <w:sz w:val="20"/>
        </w:rPr>
        <w:t>Any changes to the service schedule or locations must be agreed upon in writing by both parties.</w:t>
      </w:r>
    </w:p>
    <w:p/>
    <w:p>
      <w:r>
        <w:rPr>
          <w:b/>
          <w:sz w:val="20"/>
        </w:rPr>
        <w:t>3. Payment Terms</w:t>
      </w:r>
    </w:p>
    <w:p>
      <w:r>
        <w:rPr>
          <w:b w:val="0"/>
          <w:sz w:val="20"/>
        </w:rPr>
        <w:t>a) Service Fee: ________________ USD</w:t>
      </w:r>
    </w:p>
    <w:p>
      <w:r>
        <w:rPr>
          <w:b w:val="0"/>
          <w:sz w:val="20"/>
        </w:rPr>
        <w:t>b) Additional Charges (if applicable): _____________________________________</w:t>
      </w:r>
    </w:p>
    <w:p>
      <w:r>
        <w:rPr>
          <w:b w:val="0"/>
          <w:sz w:val="20"/>
        </w:rPr>
        <w:t>c) Payment Due: Upon completion of the towing service unless otherwise agreed.</w:t>
      </w:r>
    </w:p>
    <w:p>
      <w:r>
        <w:rPr>
          <w:b w:val="0"/>
          <w:sz w:val="20"/>
        </w:rPr>
        <w:t>d) Accepted Payment Methods: ______________________________________________</w:t>
      </w:r>
    </w:p>
    <w:p/>
    <w:p>
      <w:r>
        <w:rPr>
          <w:b/>
          <w:sz w:val="20"/>
        </w:rPr>
        <w:t>4. Responsibilities of the Towing Company</w:t>
      </w:r>
    </w:p>
    <w:p>
      <w:r>
        <w:rPr>
          <w:b w:val="0"/>
          <w:sz w:val="20"/>
        </w:rPr>
        <w:t>- Provide professional, safe, and timely towing services in compliance with applicable laws and regulations.</w:t>
      </w:r>
    </w:p>
    <w:p>
      <w:r>
        <w:rPr>
          <w:b w:val="0"/>
          <w:sz w:val="20"/>
        </w:rPr>
        <w:t>- Ensure all towing equipment is suitable and maintained in safe working order.</w:t>
      </w:r>
    </w:p>
    <w:p>
      <w:r>
        <w:rPr>
          <w:b w:val="0"/>
          <w:sz w:val="20"/>
        </w:rPr>
        <w:t>- Take reasonable care to prevent damage to the Vehicle during towing.</w:t>
      </w:r>
    </w:p>
    <w:p>
      <w:r>
        <w:rPr>
          <w:b w:val="0"/>
          <w:sz w:val="20"/>
        </w:rPr>
        <w:t>- Maintain required insurance coverage for liability and damages.</w:t>
      </w:r>
    </w:p>
    <w:p/>
    <w:p>
      <w:r>
        <w:rPr>
          <w:b/>
          <w:sz w:val="20"/>
        </w:rPr>
        <w:t>5. Responsibilities of the Customer</w:t>
      </w:r>
    </w:p>
    <w:p>
      <w:r>
        <w:rPr>
          <w:b w:val="0"/>
          <w:sz w:val="20"/>
        </w:rPr>
        <w:t>- Provide accurate and complete information about the Vehicle and service locations.</w:t>
      </w:r>
    </w:p>
    <w:p>
      <w:r>
        <w:rPr>
          <w:b w:val="0"/>
          <w:sz w:val="20"/>
        </w:rPr>
        <w:t>- Ensure ownership or authorization to have the Vehicle towed.</w:t>
      </w:r>
    </w:p>
    <w:p>
      <w:r>
        <w:rPr>
          <w:b w:val="0"/>
          <w:sz w:val="20"/>
        </w:rPr>
        <w:t>- Remove all personal belongings from the Vehicle prior to towing.</w:t>
      </w:r>
    </w:p>
    <w:p>
      <w:r>
        <w:rPr>
          <w:b w:val="0"/>
          <w:sz w:val="20"/>
        </w:rPr>
        <w:t>- Pay all fees and charges as stipulated in this Agreement.</w:t>
      </w:r>
    </w:p>
    <w:p>
      <w:r>
        <w:rPr>
          <w:b w:val="0"/>
          <w:sz w:val="20"/>
        </w:rPr>
        <w:t>- Inform the Towing Company of any special conditions or hazards related to the Vehicle or locations.</w:t>
      </w:r>
    </w:p>
    <w:p/>
    <w:p>
      <w:r>
        <w:rPr>
          <w:b/>
          <w:sz w:val="20"/>
        </w:rPr>
        <w:t>6. Liability and Indemnification</w:t>
      </w:r>
    </w:p>
    <w:p>
      <w:r>
        <w:rPr>
          <w:b w:val="0"/>
          <w:sz w:val="20"/>
        </w:rPr>
        <w:t>a) The Towing Company is liable for damages resulting from its gross negligence or willful misconduct in performing the towing services.</w:t>
      </w:r>
    </w:p>
    <w:p>
      <w:r>
        <w:rPr>
          <w:b w:val="0"/>
          <w:sz w:val="20"/>
        </w:rPr>
        <w:t>b) The Customer agrees to indemnify and hold harmless the Towing Company against any claims, damages, or losses arising from unauthorized use or misrepresentation of ownership or authority to arrange towing.</w:t>
      </w:r>
    </w:p>
    <w:p>
      <w:r>
        <w:rPr>
          <w:b w:val="0"/>
          <w:sz w:val="20"/>
        </w:rPr>
        <w:t>c) The Towing Company is not liable for damages caused by inherent vehicle conditions, pre-existing defects, or events beyond its control.</w:t>
      </w:r>
    </w:p>
    <w:p/>
    <w:p>
      <w:r>
        <w:rPr>
          <w:b/>
          <w:sz w:val="20"/>
        </w:rPr>
        <w:t>7. Insurance</w:t>
      </w:r>
    </w:p>
    <w:p>
      <w:r>
        <w:rPr>
          <w:b w:val="0"/>
          <w:sz w:val="20"/>
        </w:rPr>
        <w:t>The Towing Company represents that it maintains insurance coverage complying with all federal, state, and local requirements applicable to towing operations, including liability and cargo insurance.</w:t>
      </w:r>
    </w:p>
    <w:p/>
    <w:p>
      <w:r>
        <w:rPr>
          <w:b/>
          <w:sz w:val="20"/>
        </w:rPr>
        <w:t>8. Term and Termination</w:t>
      </w:r>
    </w:p>
    <w:p>
      <w:r>
        <w:rPr>
          <w:b w:val="0"/>
          <w:sz w:val="20"/>
        </w:rPr>
        <w:t>a) This Agreement becomes effective upon execution by both parties and continues until completion of the towing services unless terminated earlier.</w:t>
      </w:r>
    </w:p>
    <w:p>
      <w:r>
        <w:rPr>
          <w:b w:val="0"/>
          <w:sz w:val="20"/>
        </w:rPr>
        <w:t>b) Either party may terminate this Agreement upon written notice if the other party materially breaches any term and fails to cure within a reasonable time.</w:t>
      </w:r>
    </w:p>
    <w:p>
      <w:r>
        <w:rPr>
          <w:b w:val="0"/>
          <w:sz w:val="20"/>
        </w:rPr>
        <w:t>c) Termination does not relieve the Customer of payment obligations for services performed prior to termination.</w:t>
      </w:r>
    </w:p>
    <w:p/>
    <w:p>
      <w:r>
        <w:rPr>
          <w:b/>
          <w:sz w:val="20"/>
        </w:rPr>
        <w:t>9. Governing Law and Jurisdiction</w:t>
      </w:r>
    </w:p>
    <w:p>
      <w:r>
        <w:rPr>
          <w:b w:val="0"/>
          <w:sz w:val="20"/>
        </w:rPr>
        <w:t>This Agreement shall be governed by and construed in accordance with the laws of the State in which the towing services are performed. Any disputes arising under or related to this Agreement shall be subject to the exclusive jurisdiction of the courts located within that State.</w:t>
      </w:r>
    </w:p>
    <w:p/>
    <w:p>
      <w:r>
        <w:rPr>
          <w:b/>
          <w:sz w:val="20"/>
        </w:rPr>
        <w:t>10. Entire Agreement</w:t>
      </w:r>
    </w:p>
    <w:p>
      <w:r>
        <w:rPr>
          <w:b w:val="0"/>
          <w:sz w:val="20"/>
        </w:rPr>
        <w:t>This Agreement constitutes the entire understanding between the parties and supersedes all prior negotiations, understandings, and agreements relating to the subject matter herein. Any amendments must be in writing and signed by both parties.</w:t>
      </w:r>
    </w:p>
    <w:p/>
    <w:p>
      <w:r>
        <w:rPr>
          <w:b/>
          <w:sz w:val="20"/>
        </w:rPr>
        <w:t>11. Severability</w:t>
      </w:r>
    </w:p>
    <w:p>
      <w:r>
        <w:rPr>
          <w:b w:val="0"/>
          <w:sz w:val="20"/>
        </w:rPr>
        <w:t>If any provision of this Agreement is found to be invalid or unenforceable, the remaining provisions shall remain in full force and effect.</w:t>
      </w:r>
    </w:p>
    <w:p/>
    <w:p>
      <w:r>
        <w:rPr>
          <w:b/>
          <w:sz w:val="20"/>
        </w:rPr>
        <w:t>12. Force Majeure</w:t>
      </w:r>
    </w:p>
    <w:p>
      <w:r>
        <w:rPr>
          <w:b w:val="0"/>
          <w:sz w:val="20"/>
        </w:rPr>
        <w:t>Neither party shall be held liable for any delay or failure to perform its obligations under this Agreement due to causes beyond its reasonable control, including but not limited to acts of God, government restrictions, natural disasters, strikes, or accidents.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TOWING COMPANY</w:t>
            </w:r>
          </w:p>
        </w:tc>
        <w:tc>
          <w:tcPr>
            <w:tcW w:type="dxa" w:w="4986"/>
            <w:tcBorders>
              <w:top w:val="nil"/>
              <w:left w:val="nil"/>
              <w:bottom w:val="nil"/>
              <w:right w:val="nil"/>
              <w:insideH w:val="nil"/>
              <w:insideV w:val="nil"/>
            </w:tcBorders>
          </w:tcPr>
          <w:p>
            <w:pPr>
              <w:jc w:val="center"/>
            </w:pPr>
            <w:r>
              <w:t>CUSTOMER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https://contract247-us.com/towing-contract/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tow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