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TRANSFER OF OWNERSHIP CONTRACT</w:t>
      </w:r>
    </w:p>
    <w:p/>
    <w:p>
      <w:r>
        <w:rPr>
          <w:b/>
          <w:sz w:val="20"/>
        </w:rPr>
        <w:t>SELLER INFORMATION:</w:t>
      </w:r>
    </w:p>
    <w:p>
      <w:r>
        <w:rPr>
          <w:b w:val="0"/>
          <w:sz w:val="20"/>
        </w:rPr>
        <w:t>Full Legal Name: ________________________________________________________________</w:t>
      </w:r>
    </w:p>
    <w:p>
      <w:r>
        <w:rPr>
          <w:b w:val="0"/>
          <w:sz w:val="20"/>
        </w:rPr>
        <w:t>Address: _______________________________________________________________________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BUYER INFORMATION:</w:t>
      </w:r>
    </w:p>
    <w:p>
      <w:r>
        <w:rPr>
          <w:b w:val="0"/>
          <w:sz w:val="20"/>
        </w:rPr>
        <w:t>Full Legal Name: ________________________________________________________________</w:t>
      </w:r>
    </w:p>
    <w:p>
      <w:r>
        <w:rPr>
          <w:b w:val="0"/>
          <w:sz w:val="20"/>
        </w:rPr>
        <w:t>Address: _______________________________________________________________________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DESCRIPTION OF PROPERTY:</w:t>
      </w:r>
    </w:p>
    <w:p>
      <w:r>
        <w:rPr>
          <w:b w:val="0"/>
          <w:sz w:val="20"/>
        </w:rPr>
        <w:t>Type of Property: _______________________________________________________________</w:t>
      </w:r>
    </w:p>
    <w:p>
      <w:r>
        <w:rPr>
          <w:b w:val="0"/>
          <w:sz w:val="20"/>
        </w:rPr>
        <w:t>Make/Model (if applicable): ______________________________________________________</w:t>
      </w:r>
    </w:p>
    <w:p>
      <w:r>
        <w:rPr>
          <w:b w:val="0"/>
          <w:sz w:val="20"/>
        </w:rPr>
        <w:t>Year/Manufacture Date (if applicable): ___________________________________________</w:t>
      </w:r>
    </w:p>
    <w:p>
      <w:r>
        <w:rPr>
          <w:b w:val="0"/>
          <w:sz w:val="20"/>
        </w:rPr>
        <w:t>Identification Number (VIN, Serial No., Title No., etc.): __________________________</w:t>
      </w:r>
    </w:p>
    <w:p>
      <w:r>
        <w:rPr>
          <w:b w:val="0"/>
          <w:sz w:val="20"/>
        </w:rPr>
        <w:t>Color and Other Identifying Features: ____________________________________________</w:t>
      </w:r>
    </w:p>
    <w:p/>
    <w:p>
      <w:r>
        <w:rPr>
          <w:b/>
          <w:sz w:val="20"/>
        </w:rPr>
        <w:t>TERMS OF TRANSFER:</w:t>
      </w:r>
    </w:p>
    <w:p>
      <w:r>
        <w:rPr>
          <w:b w:val="0"/>
          <w:sz w:val="20"/>
        </w:rPr>
        <w:t>The Seller hereby agrees to transfer and assign all rights, title, and interest in the property described above to the Buyer. The Buyer accepts the transfer and agrees to assume ownership and all associated responsibilities.</w:t>
      </w:r>
    </w:p>
    <w:p/>
    <w:p>
      <w:r>
        <w:rPr>
          <w:b/>
          <w:sz w:val="20"/>
        </w:rPr>
        <w:t>Purchase Price and Payment:</w:t>
      </w:r>
    </w:p>
    <w:p>
      <w:r>
        <w:rPr>
          <w:b w:val="0"/>
          <w:sz w:val="20"/>
        </w:rPr>
        <w:t>The total purchase price for the property is $_____________________________. Payment shall be made as follows:</w:t>
      </w:r>
    </w:p>
    <w:p>
      <w:r>
        <w:rPr>
          <w:b w:val="0"/>
          <w:sz w:val="20"/>
        </w:rPr>
        <w:t>_________________________________________________________________________________</w:t>
      </w:r>
    </w:p>
    <w:p>
      <w:r>
        <w:rPr>
          <w:b w:val="0"/>
          <w:sz w:val="20"/>
        </w:rPr>
        <w:t>_________________________________________________________________________________</w:t>
      </w:r>
    </w:p>
    <w:p/>
    <w:p>
      <w:r>
        <w:rPr>
          <w:b/>
          <w:sz w:val="20"/>
        </w:rPr>
        <w:t>CONDITION OF PROPERTY:</w:t>
      </w:r>
    </w:p>
    <w:p>
      <w:r>
        <w:rPr>
          <w:b w:val="0"/>
          <w:sz w:val="20"/>
        </w:rPr>
        <w:t>The property is transferred 'AS IS' without any express or implied warranties except as expressly stated in this contract. The Buyer acknowledges having inspected the property and accepts its condition at the time of transfer.</w:t>
      </w:r>
    </w:p>
    <w:p/>
    <w:p>
      <w:r>
        <w:rPr>
          <w:b/>
          <w:sz w:val="20"/>
        </w:rPr>
        <w:t>REPRESENTATIONS AND WARRANTIES OF SELLER:</w:t>
      </w:r>
    </w:p>
    <w:p>
      <w:r>
        <w:rPr>
          <w:b w:val="0"/>
          <w:sz w:val="20"/>
        </w:rPr>
        <w:t>1. The Seller is the lawful owner of the property and has full right and authority to sell and transfer the property.</w:t>
      </w:r>
    </w:p>
    <w:p>
      <w:r>
        <w:rPr>
          <w:b w:val="0"/>
          <w:sz w:val="20"/>
        </w:rPr>
        <w:t>2. The property is free from all liens, encumbrances, claims, or legal restrictions that would impair the transfer of ownership.</w:t>
      </w:r>
    </w:p>
    <w:p>
      <w:r>
        <w:rPr>
          <w:b w:val="0"/>
          <w:sz w:val="20"/>
        </w:rPr>
        <w:t>3. There are no outstanding legal actions, disputes, or claims pending related to the property.</w:t>
      </w:r>
    </w:p>
    <w:p/>
    <w:p>
      <w:r>
        <w:rPr>
          <w:b/>
          <w:sz w:val="20"/>
        </w:rPr>
        <w:t>REPRESENTATIONS AND WARRANTIES OF BUYER:</w:t>
      </w:r>
    </w:p>
    <w:p>
      <w:r>
        <w:rPr>
          <w:b w:val="0"/>
          <w:sz w:val="20"/>
        </w:rPr>
        <w:t>1. The Buyer has the legal capacity to enter into this contract and complete the purchase.</w:t>
      </w:r>
    </w:p>
    <w:p>
      <w:r>
        <w:rPr>
          <w:b w:val="0"/>
          <w:sz w:val="20"/>
        </w:rPr>
        <w:t>2. The Buyer accepts the property in its current condition and agrees to comply with all applicable laws following transfer.</w:t>
      </w:r>
    </w:p>
    <w:p/>
    <w:p>
      <w:r>
        <w:rPr>
          <w:b/>
          <w:sz w:val="20"/>
        </w:rPr>
        <w:t>RISK OF LOSS AND POSSESSION:</w:t>
      </w:r>
    </w:p>
    <w:p>
      <w:r>
        <w:rPr>
          <w:b w:val="0"/>
          <w:sz w:val="20"/>
        </w:rPr>
        <w:t>Risk of loss or damage to the property shall pass from Seller to Buyer upon delivery and transfer of possession. The Seller shall maintain responsibility for the property until such time.</w:t>
      </w:r>
    </w:p>
    <w:p/>
    <w:p>
      <w:r>
        <w:rPr>
          <w:b/>
          <w:sz w:val="20"/>
        </w:rPr>
        <w:t>TAXES, FEES, AND EXPENSES:</w:t>
      </w:r>
    </w:p>
    <w:p>
      <w:r>
        <w:rPr>
          <w:b w:val="0"/>
          <w:sz w:val="20"/>
        </w:rPr>
        <w:t>All applicable taxes, registration fees, and transfer costs arising from this transaction shall be borne by the following party: ________________________________________________</w:t>
      </w:r>
    </w:p>
    <w:p/>
    <w:p>
      <w:r>
        <w:rPr>
          <w:b/>
          <w:sz w:val="20"/>
        </w:rPr>
        <w:t>GOVERNING LAW AND JURISDICTION:</w:t>
      </w:r>
    </w:p>
    <w:p>
      <w:r>
        <w:rPr>
          <w:b w:val="0"/>
          <w:sz w:val="20"/>
        </w:rPr>
        <w:t>This contract shall be governed by and construed in accordance with the laws of the United States of America and the State of _______________________________. The parties agree that exclusive jurisdiction and venue for any disputes arising out of this contract shall be in the courts located within said State.</w:t>
      </w:r>
    </w:p>
    <w:p/>
    <w:p>
      <w:r>
        <w:rPr>
          <w:b/>
          <w:sz w:val="20"/>
        </w:rPr>
        <w:t>ENTIRE AGREEMENT:</w:t>
      </w:r>
    </w:p>
    <w:p>
      <w:r>
        <w:rPr>
          <w:b w:val="0"/>
          <w:sz w:val="20"/>
        </w:rPr>
        <w:t>This contract constitutes the entire agreement between the parties regarding the transfer of ownership and supersedes all prior understandings, agreements, or representations, whether oral or written.</w:t>
      </w:r>
    </w:p>
    <w:p/>
    <w:p>
      <w:r>
        <w:rPr>
          <w:b/>
          <w:sz w:val="20"/>
        </w:rPr>
        <w:t>AMENDMENTS:</w:t>
      </w:r>
    </w:p>
    <w:p>
      <w:r>
        <w:rPr>
          <w:b w:val="0"/>
          <w:sz w:val="20"/>
        </w:rPr>
        <w:t>Any amendments or modifications to this contract must be made in writing and signed by both parties to be effective.</w:t>
      </w:r>
    </w:p>
    <w:p/>
    <w:p>
      <w:r>
        <w:rPr>
          <w:b/>
          <w:sz w:val="20"/>
        </w:rPr>
        <w:t>SEVERABILITY:</w:t>
      </w:r>
    </w:p>
    <w:p>
      <w:r>
        <w:rPr>
          <w:b w:val="0"/>
          <w:sz w:val="20"/>
        </w:rPr>
        <w:t>If any provision of this contract is found to be invalid or unenforceable, the remaining provisions shall continue to be valid and enforceable to the fullest extent permitted by law.</w:t>
      </w:r>
    </w:p>
    <w:p/>
    <w:p>
      <w:r>
        <w:rPr>
          <w:b/>
          <w:sz w:val="20"/>
        </w:rPr>
        <w:t>WAIVER:</w:t>
      </w:r>
    </w:p>
    <w:p>
      <w:r>
        <w:rPr>
          <w:b w:val="0"/>
          <w:sz w:val="20"/>
        </w:rPr>
        <w:t>Failure or delay by either party to enforce any provision of this contract shall not be deemed a waiver of future enforcement of that or any other provision.</w:t>
      </w:r>
    </w:p>
    <w:p/>
    <w:p>
      <w:r>
        <w:rPr>
          <w:b/>
          <w:sz w:val="20"/>
        </w:rPr>
        <w:t>SIGNATURES:</w:t>
      </w:r>
    </w:p>
    <w:p>
      <w:r>
        <w:rPr>
          <w:b w:val="0"/>
          <w:sz w:val="20"/>
        </w:rPr>
        <w:t>By signing below, the parties acknowledge and agree to the terms and conditions set forth in this contract.</w:t>
      </w:r>
    </w:p>
    <w:p/>
    <w:p>
      <w:r>
        <w:rPr>
          <w:b w:val="0"/>
          <w:sz w:val="20"/>
        </w:rPr>
        <w:t>Location: _______________________________________________________________</w:t>
      </w:r>
    </w:p>
    <w:p>
      <w:r>
        <w:rPr>
          <w:b w:val="0"/>
          <w:sz w:val="20"/>
        </w:rPr>
        <w:t>Date: 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https://contract247-us.com/transfer-of-ownership-contract/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transfer-of-ownership-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