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TRUCK DRIVER EMPLOYMENT AGREEMENT</w:t>
      </w:r>
    </w:p>
    <w:p/>
    <w:p>
      <w:r>
        <w:rPr>
          <w:b/>
          <w:sz w:val="20"/>
        </w:rPr>
        <w:t>This Truck Driver Employment Agreement ('Agreement') is made between:</w:t>
      </w:r>
    </w:p>
    <w:p>
      <w:r>
        <w:rPr>
          <w:b w:val="0"/>
          <w:sz w:val="20"/>
        </w:rPr>
        <w:t>Employer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Pr>
        <w:jc w:val="center"/>
      </w:pPr>
      <w:r>
        <w:rPr>
          <w:b w:val="0"/>
          <w:sz w:val="20"/>
        </w:rPr>
        <w:t>AND</w:t>
      </w:r>
    </w:p>
    <w:p/>
    <w:p>
      <w:r>
        <w:rPr>
          <w:b w:val="0"/>
          <w:sz w:val="20"/>
        </w:rPr>
        <w:t>Employee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Driver's License Number: ________________________________________________</w:t>
      </w:r>
    </w:p>
    <w:p/>
    <w:p>
      <w:r>
        <w:rPr>
          <w:b/>
          <w:sz w:val="20"/>
        </w:rPr>
        <w:t>WHEREAS, Employer operates a trucking business and desires to employ Employee as a Truck Driver;</w:t>
      </w:r>
    </w:p>
    <w:p>
      <w:r>
        <w:rPr>
          <w:b w:val="0"/>
          <w:sz w:val="20"/>
        </w:rPr>
        <w:t>WHEREAS, Employee desires to be employed as a Truck Driver under the terms set forth herein;</w:t>
      </w:r>
    </w:p>
    <w:p/>
    <w:p>
      <w:r>
        <w:rPr>
          <w:b/>
          <w:sz w:val="20"/>
        </w:rPr>
        <w:t>1. Employment and Duties</w:t>
      </w:r>
    </w:p>
    <w:p>
      <w:r>
        <w:rPr>
          <w:b w:val="0"/>
          <w:sz w:val="20"/>
        </w:rPr>
        <w:t>Employer hereby employs Employee as a Truck Driver, and Employee accepts employment. Employee shall perform all duties customary to such position, including but not limited to: operating commercial motor vehicles in compliance with federal, state, and local laws; performing pre-trip and post-trip inspections; maintaining logs and records; ensuring the safe transport of goods; and complying with Employer’s policies and procedures.</w:t>
      </w:r>
    </w:p>
    <w:p/>
    <w:p>
      <w:r>
        <w:rPr>
          <w:b/>
          <w:sz w:val="20"/>
        </w:rPr>
        <w:t>2. Term</w:t>
      </w:r>
    </w:p>
    <w:p>
      <w:r>
        <w:rPr>
          <w:b w:val="0"/>
          <w:sz w:val="20"/>
        </w:rPr>
        <w:t>The term of this Agreement shall be at-will, commencing upon execution and continuing until terminated by either party in accordance with Section 9.</w:t>
      </w:r>
    </w:p>
    <w:p/>
    <w:p>
      <w:r>
        <w:rPr>
          <w:b/>
          <w:sz w:val="20"/>
        </w:rPr>
        <w:t>3. Compensation</w:t>
      </w:r>
    </w:p>
    <w:p>
      <w:r>
        <w:rPr>
          <w:b w:val="0"/>
          <w:sz w:val="20"/>
        </w:rPr>
        <w:t>Employee shall be compensated as follows:</w:t>
      </w:r>
    </w:p>
    <w:p>
      <w:r>
        <w:rPr>
          <w:b w:val="0"/>
          <w:sz w:val="20"/>
        </w:rPr>
        <w:t>- Base Pay: _______________________________________________________________</w:t>
      </w:r>
    </w:p>
    <w:p>
      <w:r>
        <w:rPr>
          <w:b w:val="0"/>
          <w:sz w:val="20"/>
        </w:rPr>
        <w:t>- Overtime Pay (if applicable): ______________________________________________</w:t>
      </w:r>
    </w:p>
    <w:p>
      <w:r>
        <w:rPr>
          <w:b w:val="0"/>
          <w:sz w:val="20"/>
        </w:rPr>
        <w:t>- Bonuses or Incentives (if any): ____________________________________________</w:t>
      </w:r>
    </w:p>
    <w:p>
      <w:r>
        <w:rPr>
          <w:b w:val="0"/>
          <w:sz w:val="20"/>
        </w:rPr>
        <w:t>All payments shall be subject to applicable taxes and withholdings.</w:t>
      </w:r>
    </w:p>
    <w:p/>
    <w:p>
      <w:r>
        <w:rPr>
          <w:b/>
          <w:sz w:val="20"/>
        </w:rPr>
        <w:t>4. Work Schedule and Hours</w:t>
      </w:r>
    </w:p>
    <w:p>
      <w:r>
        <w:rPr>
          <w:b w:val="0"/>
          <w:sz w:val="20"/>
        </w:rPr>
        <w:t>Employee's work schedule shall be determined by Employer and may vary depending on business needs. Employee agrees to comply with all Hours of Service regulations as set forth by the Federal Motor Carrier Safety Administration (FMCSA) and applicable state laws.</w:t>
      </w:r>
    </w:p>
    <w:p/>
    <w:p>
      <w:r>
        <w:rPr>
          <w:b/>
          <w:sz w:val="20"/>
        </w:rPr>
        <w:t>5. Equipment and Vehicle Use</w:t>
      </w:r>
    </w:p>
    <w:p>
      <w:r>
        <w:rPr>
          <w:b w:val="0"/>
          <w:sz w:val="20"/>
        </w:rPr>
        <w:t>Employer shall provide the vehicle(s) and equipment necessary for Employee to perform duties. Employee shall operate said vehicles and equipment in a safe and lawful manner, perform required inspections, and immediately report any defects, damages, or accidents to Employer. Personal use of Employer’s vehicles or equipment is prohibited unless expressly authorized in writing.</w:t>
      </w:r>
    </w:p>
    <w:p/>
    <w:p>
      <w:r>
        <w:rPr>
          <w:b/>
          <w:sz w:val="20"/>
        </w:rPr>
        <w:t>6. Compliance with Laws and Policies</w:t>
      </w:r>
    </w:p>
    <w:p>
      <w:r>
        <w:rPr>
          <w:b w:val="0"/>
          <w:sz w:val="20"/>
        </w:rPr>
        <w:t>Employee shall comply with all federal, state, and local laws, regulations, and Employer’s policies, including but not limited to safety, drug and alcohol testing, and anti-discrimination policies. Employee agrees to maintain a valid commercial driver’s license and any required endorsements throughout employment.</w:t>
      </w:r>
    </w:p>
    <w:p/>
    <w:p>
      <w:r>
        <w:rPr>
          <w:b/>
          <w:sz w:val="20"/>
        </w:rPr>
        <w:t>7. Confidentiality</w:t>
      </w:r>
    </w:p>
    <w:p>
      <w:r>
        <w:rPr>
          <w:b w:val="0"/>
          <w:sz w:val="20"/>
        </w:rPr>
        <w:t>Employee acknowledges that in the course of employment, Employee may have access to confidential information. Employee agrees not to disclose or use such information for any purpose other than performing duties under this Agreement, during and after employment, except as required by law.</w:t>
      </w:r>
    </w:p>
    <w:p/>
    <w:p>
      <w:r>
        <w:rPr>
          <w:b/>
          <w:sz w:val="20"/>
        </w:rPr>
        <w:t>8. Benefits</w:t>
      </w:r>
    </w:p>
    <w:p>
      <w:r>
        <w:rPr>
          <w:b w:val="0"/>
          <w:sz w:val="20"/>
        </w:rPr>
        <w:t>Employee may be eligible for benefits as determined by Employer’s policies and applicable law. Employer reserves the right to modify, suspend, or terminate benefits at its discretion.</w:t>
      </w:r>
    </w:p>
    <w:p/>
    <w:p>
      <w:r>
        <w:rPr>
          <w:b/>
          <w:sz w:val="20"/>
        </w:rPr>
        <w:t>9. Termination</w:t>
      </w:r>
    </w:p>
    <w:p>
      <w:r>
        <w:rPr>
          <w:b w:val="0"/>
          <w:sz w:val="20"/>
        </w:rPr>
        <w:t>Either party may terminate this Agreement at any time, with or without cause, upon written notice to the other party. Upon termination, Employee shall return all Employer property and settle any outstanding obligations.</w:t>
      </w:r>
    </w:p>
    <w:p/>
    <w:p>
      <w:r>
        <w:rPr>
          <w:b/>
          <w:sz w:val="20"/>
        </w:rPr>
        <w:t>10. Indemnification</w:t>
      </w:r>
    </w:p>
    <w:p>
      <w:r>
        <w:rPr>
          <w:b w:val="0"/>
          <w:sz w:val="20"/>
        </w:rPr>
        <w:t>Employee shall indemnify and hold harmless Employer from any claims, damages, or liabilities arising from Employee’s negligence, willful misconduct, or violation of laws while performing duties under this Agreement.</w:t>
      </w:r>
    </w:p>
    <w:p/>
    <w:p>
      <w:r>
        <w:rPr>
          <w:b/>
          <w:sz w:val="20"/>
        </w:rPr>
        <w:t>11. Governing Law and Venue</w:t>
      </w:r>
    </w:p>
    <w:p>
      <w:r>
        <w:rPr>
          <w:b w:val="0"/>
          <w:sz w:val="20"/>
        </w:rPr>
        <w:t>This Agreement shall be governed by and construed in accordance with the laws of the applicable State of the United States. Any disputes arising out of or related to this Agreement shall be subject to the exclusive jurisdiction of the courts located in the applicable State.</w:t>
      </w:r>
    </w:p>
    <w:p/>
    <w:p>
      <w:r>
        <w:rPr>
          <w:b/>
          <w:sz w:val="20"/>
        </w:rPr>
        <w:t>12. Entire Agreement</w:t>
      </w:r>
    </w:p>
    <w:p>
      <w:r>
        <w:rPr>
          <w:b w:val="0"/>
          <w:sz w:val="20"/>
        </w:rPr>
        <w:t>This Agreement constitutes the entire agreement between the parties and supersedes all prior agreements or understandings, whether written or oral. Any amendments must be in writing and signed by both parties.</w:t>
      </w:r>
    </w:p>
    <w:p/>
    <w:p>
      <w:r>
        <w:rPr>
          <w:b/>
          <w:sz w:val="20"/>
        </w:rPr>
        <w:t>13. Severability</w:t>
      </w:r>
    </w:p>
    <w:p>
      <w:r>
        <w:rPr>
          <w:b w:val="0"/>
          <w:sz w:val="20"/>
        </w:rPr>
        <w:t>If any provision of this Agreement is found to be invalid or unenforceable, the remaining provisions shall remain in full force and effect.</w:t>
      </w:r>
    </w:p>
    <w:p/>
    <w:p>
      <w:r>
        <w:rPr>
          <w:b/>
          <w:sz w:val="20"/>
        </w:rPr>
        <w:t>14. Acknowledgment</w:t>
      </w:r>
    </w:p>
    <w:p>
      <w:r>
        <w:rPr>
          <w:b w:val="0"/>
          <w:sz w:val="20"/>
        </w:rPr>
        <w:t>Employee acknowledges having read and understood this Agreement, had the opportunity to seek independent counsel, and agrees to be bound by its terms.</w:t>
      </w:r>
    </w:p>
    <w:p/>
    <w:p/>
    <w:p>
      <w:r>
        <w:rPr>
          <w:b w:val="0"/>
          <w:sz w:val="20"/>
        </w:rPr>
        <w:t>Place of Signing: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___________________________________</w:t>
            </w:r>
          </w:p>
        </w:tc>
        <w:tc>
          <w:tcPr>
            <w:tcW w:type="dxa" w:w="4986"/>
            <w:tcBorders>
              <w:top w:val="nil"/>
              <w:left w:val="nil"/>
              <w:bottom w:val="nil"/>
              <w:right w:val="nil"/>
              <w:insideH w:val="nil"/>
              <w:insideV w:val="nil"/>
            </w:tcBorders>
          </w:tcPr>
          <w:p>
            <w:pPr>
              <w:jc w:val="center"/>
            </w:pPr>
            <w:r>
              <w:t>Name: 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https://contract247-us.com/truck-driver-contract/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truck-drive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