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VEHICLE PURCHASE AGREEMENT</w:t>
      </w:r>
    </w:p>
    <w:p/>
    <w:p>
      <w:r>
        <w:rPr>
          <w:b/>
          <w:sz w:val="20"/>
        </w:rPr>
        <w:t>This Vehicle Purchase Agreement ("Agreement") is made between the undersigned parties as follows:</w:t>
      </w:r>
    </w:p>
    <w:p/>
    <w:p>
      <w:r>
        <w:rPr>
          <w:b/>
          <w:sz w:val="20"/>
        </w:rPr>
        <w:t>SELLER INFORMATION:</w:t>
      </w:r>
    </w:p>
    <w:p>
      <w:r>
        <w:rPr>
          <w:b w:val="0"/>
          <w:sz w:val="20"/>
        </w:rPr>
        <w:t>Full Legal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_____________________________________________________________</w:t>
      </w:r>
    </w:p>
    <w:p/>
    <w:p>
      <w:r>
        <w:rPr>
          <w:b/>
          <w:sz w:val="20"/>
        </w:rPr>
        <w:t>BUYER INFORMATION:</w:t>
      </w:r>
    </w:p>
    <w:p>
      <w:r>
        <w:rPr>
          <w:b w:val="0"/>
          <w:sz w:val="20"/>
        </w:rPr>
        <w:t>Full Legal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_____________________________________________________________</w:t>
      </w:r>
    </w:p>
    <w:p/>
    <w:p>
      <w:r>
        <w:rPr>
          <w:b/>
          <w:sz w:val="20"/>
        </w:rPr>
        <w:t>VEHICLE INFORMATION:</w:t>
      </w:r>
    </w:p>
    <w:p>
      <w:r>
        <w:rPr>
          <w:b w:val="0"/>
          <w:sz w:val="20"/>
        </w:rPr>
        <w:t>Make: _________________________________________________________________</w:t>
      </w:r>
    </w:p>
    <w:p>
      <w:r>
        <w:rPr>
          <w:b w:val="0"/>
          <w:sz w:val="20"/>
        </w:rPr>
        <w:t>Model: ________________________________________________________________</w:t>
      </w:r>
    </w:p>
    <w:p>
      <w:r>
        <w:rPr>
          <w:b w:val="0"/>
          <w:sz w:val="20"/>
        </w:rPr>
        <w:t>Year: _________________________________________________________________</w:t>
      </w:r>
    </w:p>
    <w:p>
      <w:r>
        <w:rPr>
          <w:b w:val="0"/>
          <w:sz w:val="20"/>
        </w:rPr>
        <w:t>Vehicle Identification Number (VIN): ________________________________________</w:t>
      </w:r>
    </w:p>
    <w:p>
      <w:r>
        <w:rPr>
          <w:b w:val="0"/>
          <w:sz w:val="20"/>
        </w:rPr>
        <w:t>Odometer Reading (miles): _________________________________________________</w:t>
      </w:r>
    </w:p>
    <w:p>
      <w:r>
        <w:rPr>
          <w:b w:val="0"/>
          <w:sz w:val="20"/>
        </w:rPr>
        <w:t>License Plate Number: ____________________________________________________</w:t>
      </w:r>
    </w:p>
    <w:p/>
    <w:p>
      <w:r>
        <w:rPr>
          <w:b/>
          <w:sz w:val="20"/>
        </w:rPr>
        <w:t>PURCHASE PRICE AND PAYMENT TERMS:</w:t>
      </w:r>
    </w:p>
    <w:p>
      <w:r>
        <w:rPr>
          <w:b w:val="0"/>
          <w:sz w:val="20"/>
        </w:rPr>
        <w:t>Total Purchase Price: ________________ USD</w:t>
      </w:r>
    </w:p>
    <w:p>
      <w:r>
        <w:rPr>
          <w:b w:val="0"/>
          <w:sz w:val="20"/>
        </w:rPr>
        <w:t>Payment Method: ________________________________________________________</w:t>
      </w:r>
    </w:p>
    <w:p>
      <w:r>
        <w:rPr>
          <w:b w:val="0"/>
          <w:sz w:val="20"/>
        </w:rPr>
        <w:t>Deposit Amount (if any): ________________ USD</w:t>
      </w:r>
    </w:p>
    <w:p>
      <w:r>
        <w:rPr>
          <w:b w:val="0"/>
          <w:sz w:val="20"/>
        </w:rPr>
        <w:t>Balance Due on Delivery: ________________ USD</w:t>
      </w:r>
    </w:p>
    <w:p>
      <w:r>
        <w:rPr>
          <w:b w:val="0"/>
          <w:sz w:val="20"/>
        </w:rPr>
        <w:t>Payment Due Date: ______________________________________________________</w:t>
      </w:r>
    </w:p>
    <w:p/>
    <w:p>
      <w:r>
        <w:rPr>
          <w:b/>
          <w:sz w:val="20"/>
        </w:rPr>
        <w:t>REPRESENTATIONS AND WARRANTIES OF THE SELLER:</w:t>
      </w:r>
    </w:p>
    <w:p>
      <w:r>
        <w:rPr>
          <w:b w:val="0"/>
          <w:sz w:val="20"/>
        </w:rPr>
        <w:t>1. The Seller is the lawful owner of the vehicle described above and has full authority to sell the vehicle.</w:t>
      </w:r>
    </w:p>
    <w:p>
      <w:r>
        <w:rPr>
          <w:b w:val="0"/>
          <w:sz w:val="20"/>
        </w:rPr>
        <w:t>2. The vehicle is free and clear of all liens, encumbrances, and security interests except as disclosed herein: _______________.</w:t>
      </w:r>
    </w:p>
    <w:p>
      <w:r>
        <w:rPr>
          <w:b w:val="0"/>
          <w:sz w:val="20"/>
        </w:rPr>
        <w:t>3. The odometer reading stated above is accurate to the best of the Seller’s knowledge.</w:t>
      </w:r>
    </w:p>
    <w:p>
      <w:r>
        <w:rPr>
          <w:b w:val="0"/>
          <w:sz w:val="20"/>
        </w:rPr>
        <w:t>4. The vehicle has not been involved in any unreported major accidents or damage, except as disclosed herein: _______________.</w:t>
      </w:r>
    </w:p>
    <w:p>
      <w:r>
        <w:rPr>
          <w:b w:val="0"/>
          <w:sz w:val="20"/>
        </w:rPr>
        <w:t>5. The Seller has provided the Buyer with all available maintenance records and relevant documents.</w:t>
      </w:r>
    </w:p>
    <w:p/>
    <w:p>
      <w:r>
        <w:rPr>
          <w:b/>
          <w:sz w:val="20"/>
        </w:rPr>
        <w:t>REPRESENTATIONS AND WARRANTIES OF THE BUYER:</w:t>
      </w:r>
    </w:p>
    <w:p>
      <w:r>
        <w:rPr>
          <w:b w:val="0"/>
          <w:sz w:val="20"/>
        </w:rPr>
        <w:t>1. The Buyer acknowledges that they have inspected the vehicle and accepts it in its current "AS IS" condition except as otherwise stated in this Agreement.</w:t>
      </w:r>
    </w:p>
    <w:p>
      <w:r>
        <w:rPr>
          <w:b w:val="0"/>
          <w:sz w:val="20"/>
        </w:rPr>
        <w:t>2. The Buyer agrees to assume all risks related to the vehicle upon transfer of ownership.</w:t>
      </w:r>
    </w:p>
    <w:p/>
    <w:p>
      <w:r>
        <w:rPr>
          <w:b/>
          <w:sz w:val="20"/>
        </w:rPr>
        <w:t>AS-IS SALE AND DISCLAIMER OF WARRANTIES:</w:t>
      </w:r>
    </w:p>
    <w:p>
      <w:r>
        <w:rPr>
          <w:b w:val="0"/>
          <w:sz w:val="20"/>
        </w:rPr>
        <w:t>The vehicle is sold "AS IS," without any express or implied warranties or guarantees, including but not limited to warranties of merchantability or fitness for a particular purpose, except as expressly stated in this Agreement.</w:t>
      </w:r>
    </w:p>
    <w:p>
      <w:r>
        <w:rPr>
          <w:b w:val="0"/>
          <w:sz w:val="20"/>
        </w:rPr>
        <w:t>The Buyer acknowledges that the Buyer has had the opportunity to inspect the vehicle and agrees to purchase the vehicle in its current condition.</w:t>
      </w:r>
    </w:p>
    <w:p/>
    <w:p>
      <w:r>
        <w:rPr>
          <w:b/>
          <w:sz w:val="20"/>
        </w:rPr>
        <w:t>DELIVERY AND TRANSFER OF OWNERSHIP:</w:t>
      </w:r>
    </w:p>
    <w:p>
      <w:r>
        <w:rPr>
          <w:b w:val="0"/>
          <w:sz w:val="20"/>
        </w:rPr>
        <w:t>The Seller agrees to deliver the vehicle to the Buyer at the following location: _______________________________.</w:t>
      </w:r>
    </w:p>
    <w:p>
      <w:r>
        <w:rPr>
          <w:b w:val="0"/>
          <w:sz w:val="20"/>
        </w:rPr>
        <w:t>Delivery shall be made on or before: _____________________________________.</w:t>
      </w:r>
    </w:p>
    <w:p>
      <w:r>
        <w:rPr>
          <w:b w:val="0"/>
          <w:sz w:val="20"/>
        </w:rPr>
        <w:t>The risk of loss or damage to the vehicle shall pass to the Buyer upon delivery.</w:t>
      </w:r>
    </w:p>
    <w:p>
      <w:r>
        <w:rPr>
          <w:b w:val="0"/>
          <w:sz w:val="20"/>
        </w:rPr>
        <w:t>The Seller shall provide the Buyer with the duly executed title, bill of sale, and any other documents required to transfer ownership.</w:t>
      </w:r>
    </w:p>
    <w:p/>
    <w:p>
      <w:r>
        <w:rPr>
          <w:b/>
          <w:sz w:val="20"/>
        </w:rPr>
        <w:t>TAXES, FEES, AND COSTS:</w:t>
      </w:r>
    </w:p>
    <w:p>
      <w:r>
        <w:rPr>
          <w:b w:val="0"/>
          <w:sz w:val="20"/>
        </w:rPr>
        <w:t>All taxes, registration fees, and other governmental charges arising from the transfer of ownership shall be the responsibility of the Buyer.</w:t>
      </w:r>
    </w:p>
    <w:p>
      <w:r>
        <w:rPr>
          <w:b w:val="0"/>
          <w:sz w:val="20"/>
        </w:rPr>
        <w:t>Any costs related to inspections, emissions tests, or certifications shall be borne by: _________________________________.</w:t>
      </w:r>
    </w:p>
    <w:p/>
    <w:p>
      <w:r>
        <w:rPr>
          <w:b/>
          <w:sz w:val="20"/>
        </w:rPr>
        <w:t>DEFAULT AND REMEDIES:</w:t>
      </w:r>
    </w:p>
    <w:p>
      <w:r>
        <w:rPr>
          <w:b w:val="0"/>
          <w:sz w:val="20"/>
        </w:rPr>
        <w:t>If the Buyer fails to make payment as agreed, the Seller may retain any deposits paid and pursue any legal remedies available under applicable law.</w:t>
      </w:r>
    </w:p>
    <w:p>
      <w:r>
        <w:rPr>
          <w:b w:val="0"/>
          <w:sz w:val="20"/>
        </w:rPr>
        <w:t>If the Seller fails to deliver the vehicle or transfer proper ownership, the Buyer may seek specific performance, damages, or rescission of this Agreement.</w:t>
      </w:r>
    </w:p>
    <w:p/>
    <w:p>
      <w:r>
        <w:rPr>
          <w:b/>
          <w:sz w:val="20"/>
        </w:rPr>
        <w:t>GOVERNING LAW AND JURISDICTION:</w:t>
      </w:r>
    </w:p>
    <w:p>
      <w:r>
        <w:rPr>
          <w:b w:val="0"/>
          <w:sz w:val="20"/>
        </w:rPr>
        <w:t>This Agreement shall be governed by and construed in accordance with the laws of the State of _______________________________.</w:t>
      </w:r>
    </w:p>
    <w:p>
      <w:r>
        <w:rPr>
          <w:b w:val="0"/>
          <w:sz w:val="20"/>
        </w:rPr>
        <w:t>Any disputes arising out of or relating to this Agreement shall be resolved exclusively in the appropriate courts located within said State.</w:t>
      </w:r>
    </w:p>
    <w:p/>
    <w:p>
      <w:r>
        <w:rPr>
          <w:b/>
          <w:sz w:val="20"/>
        </w:rPr>
        <w:t>ENTIRE AGREEMENT AND AMENDMENTS:</w:t>
      </w:r>
    </w:p>
    <w:p>
      <w:r>
        <w:rPr>
          <w:b w:val="0"/>
          <w:sz w:val="20"/>
        </w:rPr>
        <w:t>This Agreement contains the entire understanding between the parties relating to the transaction herein and supersedes all prior agreements or understandings.</w:t>
      </w:r>
    </w:p>
    <w:p>
      <w:r>
        <w:rPr>
          <w:b w:val="0"/>
          <w:sz w:val="20"/>
        </w:rPr>
        <w:t>No modification or amendment of this Agreement shall be valid unless in writing and signed by both parties.</w:t>
      </w:r>
    </w:p>
    <w:p/>
    <w:p>
      <w:r>
        <w:rPr>
          <w:b/>
          <w:sz w:val="20"/>
        </w:rPr>
        <w:t>SEVERABILITY:</w:t>
      </w:r>
    </w:p>
    <w:p>
      <w:r>
        <w:rPr>
          <w:b w:val="0"/>
          <w:sz w:val="20"/>
        </w:rPr>
        <w:t>If any provision of this Agreement is held to be invalid or unenforceable, the remaining provisions shall continue in full force and effect.</w:t>
      </w:r>
    </w:p>
    <w:p/>
    <w:p>
      <w:r>
        <w:rPr>
          <w:b/>
          <w:sz w:val="20"/>
        </w:rPr>
        <w:t>IN WITNESS WHEREOF, the parties hereto have executed this Vehicle Purchase Agreement as of the day and year indicated below.</w:t>
      </w:r>
    </w:p>
    <w:p/>
    <w:p/>
    <w:p>
      <w:r>
        <w:rPr>
          <w:b w:val="0"/>
          <w:sz w:val="20"/>
        </w:rPr>
        <w:t>Place of Signature: 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BUYER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Printed Name: 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Printed Name: 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https://contract247-us.com/vehicle-purchase-contract/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https://contract247-us.com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contract247-us.com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ontract247-us.com/vehicle-purchase-contract/" TargetMode="External"/><Relationship Id="rId10" Type="http://schemas.openxmlformats.org/officeDocument/2006/relationships/hyperlink" Target="https://contract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