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VIDEO PRODUCTION AGREEMENT</w:t>
      </w:r>
    </w:p>
    <w:p/>
    <w:p>
      <w:r>
        <w:rPr>
          <w:b/>
          <w:sz w:val="20"/>
        </w:rPr>
        <w:t>This Video Production Agreement (the "Agreement") is entered into by and between:</w:t>
      </w:r>
    </w:p>
    <w:p/>
    <w:p>
      <w:r>
        <w:rPr>
          <w:b/>
          <w:sz w:val="20"/>
        </w:rPr>
        <w:t>Producer Information:</w:t>
      </w:r>
    </w:p>
    <w:p>
      <w:r>
        <w:rPr>
          <w:b w:val="0"/>
          <w:sz w:val="20"/>
        </w:rPr>
        <w:t>Full Name or Company: 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>
      <w:r>
        <w:rPr>
          <w:b/>
          <w:sz w:val="20"/>
        </w:rPr>
        <w:t>Client Information:</w:t>
      </w:r>
    </w:p>
    <w:p>
      <w:r>
        <w:rPr>
          <w:b w:val="0"/>
          <w:sz w:val="20"/>
        </w:rPr>
        <w:t>Full Name or Company: 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>
      <w:r>
        <w:rPr>
          <w:b/>
          <w:sz w:val="20"/>
        </w:rPr>
        <w:t>Project Description:</w:t>
      </w:r>
    </w:p>
    <w:p>
      <w:r>
        <w:rPr>
          <w:b w:val="0"/>
          <w:sz w:val="20"/>
        </w:rPr>
        <w:t>Description of the Video Project: 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Scope of Work:</w:t>
      </w:r>
    </w:p>
    <w:p>
      <w:r>
        <w:rPr>
          <w:b w:val="0"/>
          <w:sz w:val="20"/>
        </w:rPr>
        <w:t>The Producer agrees to provide the following services:</w:t>
      </w:r>
    </w:p>
    <w:p>
      <w:r>
        <w:rPr>
          <w:b w:val="0"/>
          <w:sz w:val="20"/>
        </w:rPr>
        <w:t>1. Pre-production planning, including script development, storyboarding, and scheduling.</w:t>
      </w:r>
    </w:p>
    <w:p>
      <w:r>
        <w:rPr>
          <w:b w:val="0"/>
          <w:sz w:val="20"/>
        </w:rPr>
        <w:t>2. Video shooting/filming at agreed locations and times.</w:t>
      </w:r>
    </w:p>
    <w:p>
      <w:r>
        <w:rPr>
          <w:b w:val="0"/>
          <w:sz w:val="20"/>
        </w:rPr>
        <w:t>3. Post-production editing, including color correction, sound editing, and effects.</w:t>
      </w:r>
    </w:p>
    <w:p>
      <w:r>
        <w:rPr>
          <w:b w:val="0"/>
          <w:sz w:val="20"/>
        </w:rPr>
        <w:t>4. Delivery of the final edited video in the format(s) specified by the Client.</w:t>
      </w:r>
    </w:p>
    <w:p>
      <w:r>
        <w:rPr>
          <w:b w:val="0"/>
          <w:sz w:val="20"/>
        </w:rPr>
        <w:t>5. Up to __________ rounds of revisions as per Client's feedback.</w:t>
      </w:r>
    </w:p>
    <w:p/>
    <w:p>
      <w:r>
        <w:rPr>
          <w:b/>
          <w:sz w:val="20"/>
        </w:rPr>
        <w:t>Deliverables:</w:t>
      </w:r>
    </w:p>
    <w:p>
      <w:r>
        <w:rPr>
          <w:b w:val="0"/>
          <w:sz w:val="20"/>
        </w:rPr>
        <w:t>The Producer shall deliver the following:</w:t>
      </w:r>
    </w:p>
    <w:p>
      <w:r>
        <w:rPr>
          <w:b w:val="0"/>
          <w:sz w:val="20"/>
        </w:rPr>
        <w:t>- Final video file(s) in the agreed format(s).</w:t>
      </w:r>
    </w:p>
    <w:p>
      <w:r>
        <w:rPr>
          <w:b w:val="0"/>
          <w:sz w:val="20"/>
        </w:rPr>
        <w:t>- Raw footage (optional - specify if applicable).</w:t>
      </w:r>
    </w:p>
    <w:p>
      <w:r>
        <w:rPr>
          <w:b w:val="0"/>
          <w:sz w:val="20"/>
        </w:rPr>
        <w:t>- Additional assets such as thumbnails, subtitles, or trailers (if applicable).</w:t>
      </w:r>
    </w:p>
    <w:p/>
    <w:p>
      <w:r>
        <w:rPr>
          <w:b/>
          <w:sz w:val="20"/>
        </w:rPr>
        <w:t>Payment Terms:</w:t>
      </w:r>
    </w:p>
    <w:p>
      <w:r>
        <w:rPr>
          <w:b w:val="0"/>
          <w:sz w:val="20"/>
        </w:rPr>
        <w:t>Total Fee: $_________________________</w:t>
      </w:r>
    </w:p>
    <w:p>
      <w:r>
        <w:rPr>
          <w:b w:val="0"/>
          <w:sz w:val="20"/>
        </w:rPr>
        <w:t>Deposit: $_________________________ (due upon signing this Agreement)</w:t>
      </w:r>
    </w:p>
    <w:p>
      <w:r>
        <w:rPr>
          <w:b w:val="0"/>
          <w:sz w:val="20"/>
        </w:rPr>
        <w:t>Balance: $_________________________ (due upon delivery of final video)</w:t>
      </w:r>
    </w:p>
    <w:p>
      <w:r>
        <w:rPr>
          <w:b w:val="0"/>
          <w:sz w:val="20"/>
        </w:rPr>
        <w:t>Payment Method: ________________________________________________</w:t>
      </w:r>
    </w:p>
    <w:p>
      <w:r>
        <w:rPr>
          <w:b w:val="0"/>
          <w:sz w:val="20"/>
        </w:rPr>
        <w:t>Late payment shall incur a fee of _______% per month on outstanding amounts.</w:t>
      </w:r>
    </w:p>
    <w:p/>
    <w:p>
      <w:r>
        <w:rPr>
          <w:b/>
          <w:sz w:val="20"/>
        </w:rPr>
        <w:t>Project Timeline:</w:t>
      </w:r>
    </w:p>
    <w:p>
      <w:r>
        <w:rPr>
          <w:b w:val="0"/>
          <w:sz w:val="20"/>
        </w:rPr>
        <w:t>Start Date: ________________________________________</w:t>
      </w:r>
    </w:p>
    <w:p>
      <w:r>
        <w:rPr>
          <w:b w:val="0"/>
          <w:sz w:val="20"/>
        </w:rPr>
        <w:t>Estimated Completion Date: __________________________</w:t>
      </w:r>
    </w:p>
    <w:p>
      <w:r>
        <w:rPr>
          <w:b w:val="0"/>
          <w:sz w:val="20"/>
        </w:rPr>
        <w:t>The Producer shall notify the Client of any delays promptly.</w:t>
      </w:r>
    </w:p>
    <w:p/>
    <w:p>
      <w:r>
        <w:rPr>
          <w:b/>
          <w:sz w:val="20"/>
        </w:rPr>
        <w:t>Rights and Ownership:</w:t>
      </w:r>
    </w:p>
    <w:p>
      <w:r>
        <w:rPr>
          <w:b w:val="0"/>
          <w:sz w:val="20"/>
        </w:rPr>
        <w:t>Upon full payment, the Client shall own all rights, title, and interest in and to the final video product.</w:t>
      </w:r>
    </w:p>
    <w:p>
      <w:r>
        <w:rPr>
          <w:b w:val="0"/>
          <w:sz w:val="20"/>
        </w:rPr>
        <w:t>The Producer retains the right to use the final video and raw footage for promotional purposes unless otherwise agreed in writing.</w:t>
      </w:r>
    </w:p>
    <w:p>
      <w:r>
        <w:rPr>
          <w:b w:val="0"/>
          <w:sz w:val="20"/>
        </w:rPr>
        <w:t>The Client represents and warrants that any materials provided to the Producer do not infringe third-party rights.</w:t>
      </w:r>
    </w:p>
    <w:p/>
    <w:p>
      <w:r>
        <w:rPr>
          <w:b/>
          <w:sz w:val="20"/>
        </w:rPr>
        <w:t>Confidentiality:</w:t>
      </w:r>
    </w:p>
    <w:p>
      <w:r>
        <w:rPr>
          <w:b w:val="0"/>
          <w:sz w:val="20"/>
        </w:rPr>
        <w:t>Both parties agree to keep confidential all proprietary information and materials disclosed during the course of this Agreement.</w:t>
      </w:r>
    </w:p>
    <w:p>
      <w:r>
        <w:rPr>
          <w:b w:val="0"/>
          <w:sz w:val="20"/>
        </w:rPr>
        <w:t>This obligation shall survive termination of this Agreement.</w:t>
      </w:r>
    </w:p>
    <w:p/>
    <w:p>
      <w:r>
        <w:rPr>
          <w:b/>
          <w:sz w:val="20"/>
        </w:rPr>
        <w:t>Revisions and Approval:</w:t>
      </w:r>
    </w:p>
    <w:p>
      <w:r>
        <w:rPr>
          <w:b w:val="0"/>
          <w:sz w:val="20"/>
        </w:rPr>
        <w:t>The Client shall provide feedback within ______ days of receiving deliverables.</w:t>
      </w:r>
    </w:p>
    <w:p>
      <w:r>
        <w:rPr>
          <w:b w:val="0"/>
          <w:sz w:val="20"/>
        </w:rPr>
        <w:t>Additional revisions beyond those specified in the Scope of Work may be subject to additional fees.</w:t>
      </w:r>
    </w:p>
    <w:p>
      <w:r>
        <w:rPr>
          <w:b w:val="0"/>
          <w:sz w:val="20"/>
        </w:rPr>
        <w:t>Final approval must be given in writing before delivery of the final files.</w:t>
      </w:r>
    </w:p>
    <w:p/>
    <w:p>
      <w:r>
        <w:rPr>
          <w:b/>
          <w:sz w:val="20"/>
        </w:rPr>
        <w:t>Cancellation and Termination:</w:t>
      </w:r>
    </w:p>
    <w:p>
      <w:r>
        <w:rPr>
          <w:b w:val="0"/>
          <w:sz w:val="20"/>
        </w:rPr>
        <w:t>Either party may terminate this Agreement by providing written notice.</w:t>
      </w:r>
    </w:p>
    <w:p>
      <w:r>
        <w:rPr>
          <w:b w:val="0"/>
          <w:sz w:val="20"/>
        </w:rPr>
        <w:t>If terminated by the Client before completion, the Producer shall retain the deposit and be paid for work completed to date.</w:t>
      </w:r>
    </w:p>
    <w:p>
      <w:r>
        <w:rPr>
          <w:b w:val="0"/>
          <w:sz w:val="20"/>
        </w:rPr>
        <w:t>If terminated by the Producer without cause, all payments received from the Client shall be refunded.</w:t>
      </w:r>
    </w:p>
    <w:p/>
    <w:p>
      <w:r>
        <w:rPr>
          <w:b/>
          <w:sz w:val="20"/>
        </w:rPr>
        <w:t>Warranties and Indemnification:</w:t>
      </w:r>
    </w:p>
    <w:p>
      <w:r>
        <w:rPr>
          <w:b w:val="0"/>
          <w:sz w:val="20"/>
        </w:rPr>
        <w:t>The Producer warrants that services will be performed in a professional and workmanlike manner.</w:t>
      </w:r>
    </w:p>
    <w:p>
      <w:r>
        <w:rPr>
          <w:b w:val="0"/>
          <w:sz w:val="20"/>
        </w:rPr>
        <w:t>The Client agrees to indemnify and hold harmless the Producer from any claims arising out of the Client’s materials or instructions.</w:t>
      </w:r>
    </w:p>
    <w:p>
      <w:r>
        <w:rPr>
          <w:b w:val="0"/>
          <w:sz w:val="20"/>
        </w:rPr>
        <w:t>Neither party shall be liable for indirect, incidental, or consequential damages arising under this Agreement.</w:t>
      </w:r>
    </w:p>
    <w:p/>
    <w:p>
      <w:r>
        <w:rPr>
          <w:b/>
          <w:sz w:val="20"/>
        </w:rPr>
        <w:t>Governing Law and Dispute Resolution:</w:t>
      </w:r>
    </w:p>
    <w:p>
      <w:r>
        <w:rPr>
          <w:b w:val="0"/>
          <w:sz w:val="20"/>
        </w:rPr>
        <w:t>This Agreement shall be governed by and construed in accordance with the laws of the State of ___________________.</w:t>
      </w:r>
    </w:p>
    <w:p>
      <w:r>
        <w:rPr>
          <w:b w:val="0"/>
          <w:sz w:val="20"/>
        </w:rPr>
        <w:t>Any disputes shall be resolved through mediation or binding arbitration before resorting to litigation.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understanding between the parties and supersedes all prior agreements, oral or written.</w:t>
      </w:r>
    </w:p>
    <w:p>
      <w:r>
        <w:rPr>
          <w:b w:val="0"/>
          <w:sz w:val="20"/>
        </w:rPr>
        <w:t>Modifications must be in writing and signed by both parties.</w:t>
      </w:r>
    </w:p>
    <w:p/>
    <w:p/>
    <w:p>
      <w:r>
        <w:rPr>
          <w:b w:val="0"/>
          <w:sz w:val="20"/>
        </w:rPr>
        <w:t>Place of Agreement: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PRODUCER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https://contract247-us.com/video-contract/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video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