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VISUAL ARTIST COMMISSION AGREEMENT</w:t>
      </w:r>
    </w:p>
    <w:p/>
    <w:p>
      <w:r>
        <w:rPr>
          <w:b/>
          <w:sz w:val="20"/>
        </w:rPr>
        <w:t>This Visual Artist Commission Agreement (the "Agreement") is made by and between:</w:t>
      </w:r>
    </w:p>
    <w:p>
      <w:r>
        <w:rPr>
          <w:b/>
          <w:sz w:val="20"/>
        </w:rPr>
        <w:t>Commissioner: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Artist:</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Commissioner desires to commission the Artist to create certain original artwork as described in this Agreement;</w:t>
      </w:r>
    </w:p>
    <w:p>
      <w:r>
        <w:rPr>
          <w:b w:val="0"/>
          <w:sz w:val="20"/>
        </w:rPr>
        <w:t>WHEREAS, the Artist agrees to create and deliver such artwork under the terms and conditions set forth herein;</w:t>
      </w:r>
    </w:p>
    <w:p/>
    <w:p>
      <w:r>
        <w:rPr>
          <w:b/>
          <w:sz w:val="20"/>
        </w:rPr>
        <w:t>1. DESCRIPTION OF THE ARTWORK</w:t>
      </w:r>
    </w:p>
    <w:p>
      <w:r>
        <w:rPr>
          <w:b w:val="0"/>
          <w:sz w:val="20"/>
        </w:rPr>
        <w:t>The Artist agrees to create the following original artwork (the "Work"):</w:t>
      </w:r>
    </w:p>
    <w:p>
      <w:r>
        <w:rPr>
          <w:b w:val="0"/>
          <w:sz w:val="20"/>
        </w:rPr>
        <w:t>Title/Description: ___________________________________________________</w:t>
      </w:r>
    </w:p>
    <w:p>
      <w:r>
        <w:rPr>
          <w:b w:val="0"/>
          <w:sz w:val="20"/>
        </w:rPr>
        <w:t>Medium/Materials: ____________________________________________________</w:t>
      </w:r>
    </w:p>
    <w:p>
      <w:r>
        <w:rPr>
          <w:b w:val="0"/>
          <w:sz w:val="20"/>
        </w:rPr>
        <w:t>Dimensions: ___________________________________________________________</w:t>
      </w:r>
    </w:p>
    <w:p>
      <w:r>
        <w:rPr>
          <w:b w:val="0"/>
          <w:sz w:val="20"/>
        </w:rPr>
        <w:t>Completion Format(s): __________________________________________________</w:t>
      </w:r>
    </w:p>
    <w:p/>
    <w:p>
      <w:r>
        <w:rPr>
          <w:b/>
          <w:sz w:val="20"/>
        </w:rPr>
        <w:t>2. DELIVERY AND COMPLETION</w:t>
      </w:r>
    </w:p>
    <w:p>
      <w:r>
        <w:rPr>
          <w:b w:val="0"/>
          <w:sz w:val="20"/>
        </w:rPr>
        <w:t>The Artist shall complete and deliver the Work to the Commissioner by _______________________________ at the following location:</w:t>
      </w:r>
    </w:p>
    <w:p>
      <w:r>
        <w:rPr>
          <w:b w:val="0"/>
          <w:sz w:val="20"/>
        </w:rPr>
        <w:t>Delivery Address: ______________________________________________________</w:t>
      </w:r>
    </w:p>
    <w:p>
      <w:r>
        <w:rPr>
          <w:b w:val="0"/>
          <w:sz w:val="20"/>
        </w:rPr>
        <w:t>The Artist shall notify the Commissioner upon completion and readiness for delivery or pickup.</w:t>
      </w:r>
    </w:p>
    <w:p/>
    <w:p>
      <w:r>
        <w:rPr>
          <w:b/>
          <w:sz w:val="20"/>
        </w:rPr>
        <w:t>3. COMPENSATION AND PAYMENT TERMS</w:t>
      </w:r>
    </w:p>
    <w:p>
      <w:r>
        <w:rPr>
          <w:b w:val="0"/>
          <w:sz w:val="20"/>
        </w:rPr>
        <w:t>The Commissioner agrees to pay the Artist the total sum of $_________________ (the "Fee") for the Work.</w:t>
      </w:r>
    </w:p>
    <w:p>
      <w:r>
        <w:rPr>
          <w:b w:val="0"/>
          <w:sz w:val="20"/>
        </w:rPr>
        <w:t>Payment shall be made as follows:</w:t>
      </w:r>
    </w:p>
    <w:p>
      <w:r>
        <w:rPr>
          <w:b w:val="0"/>
          <w:sz w:val="20"/>
        </w:rPr>
        <w:t>a) Deposit: $_________________ due upon execution of this Agreement.</w:t>
      </w:r>
    </w:p>
    <w:p>
      <w:r>
        <w:rPr>
          <w:b w:val="0"/>
          <w:sz w:val="20"/>
        </w:rPr>
        <w:t>b) Balance: $_________________ due upon delivery and acceptance of the Work.</w:t>
      </w:r>
    </w:p>
    <w:p>
      <w:r>
        <w:rPr>
          <w:b w:val="0"/>
          <w:sz w:val="20"/>
        </w:rPr>
        <w:t>All payments shall be made by __________________________________________________ (e.g., check, wire transfer, etc.).</w:t>
      </w:r>
    </w:p>
    <w:p/>
    <w:p>
      <w:r>
        <w:rPr>
          <w:b/>
          <w:sz w:val="20"/>
        </w:rPr>
        <w:t>4. OWNERSHIP AND COPYRIGHT</w:t>
      </w:r>
    </w:p>
    <w:p>
      <w:r>
        <w:rPr>
          <w:b w:val="0"/>
          <w:sz w:val="20"/>
        </w:rPr>
        <w:t>a) The Artist retains all copyrights and intellectual property rights in and to the Work.</w:t>
      </w:r>
    </w:p>
    <w:p>
      <w:r>
        <w:rPr>
          <w:b w:val="0"/>
          <w:sz w:val="20"/>
        </w:rPr>
        <w:t>b) Upon full payment of the Fee, the Commissioner shall receive ownership of the physical Work only.</w:t>
      </w:r>
    </w:p>
    <w:p>
      <w:r>
        <w:rPr>
          <w:b w:val="0"/>
          <w:sz w:val="20"/>
        </w:rPr>
        <w:t>c) The Commissioner may not reproduce, distribute, display, or create derivative works from the Work without the Artist’s express written permission.</w:t>
      </w:r>
    </w:p>
    <w:p/>
    <w:p>
      <w:r>
        <w:rPr>
          <w:b/>
          <w:sz w:val="20"/>
        </w:rPr>
        <w:t>5. ARTIST’S WARRANTIES AND REPRESENTATIONS</w:t>
      </w:r>
    </w:p>
    <w:p>
      <w:r>
        <w:rPr>
          <w:b w:val="0"/>
          <w:sz w:val="20"/>
        </w:rPr>
        <w:t>The Artist represents and warrants that:</w:t>
      </w:r>
    </w:p>
    <w:p>
      <w:r>
        <w:rPr>
          <w:b w:val="0"/>
          <w:sz w:val="20"/>
        </w:rPr>
        <w:t>a) The Work is original and created solely by the Artist;</w:t>
      </w:r>
    </w:p>
    <w:p>
      <w:r>
        <w:rPr>
          <w:b w:val="0"/>
          <w:sz w:val="20"/>
        </w:rPr>
        <w:t>b) The Work does not infringe upon any third party’s rights;</w:t>
      </w:r>
    </w:p>
    <w:p>
      <w:r>
        <w:rPr>
          <w:b w:val="0"/>
          <w:sz w:val="20"/>
        </w:rPr>
        <w:t>c) The Artist has full authority to enter into this Agreement and grant the rights herein.</w:t>
      </w:r>
    </w:p>
    <w:p/>
    <w:p>
      <w:r>
        <w:rPr>
          <w:b/>
          <w:sz w:val="20"/>
        </w:rPr>
        <w:t>6. COMMISSIONER’S OBLIGATIONS</w:t>
      </w:r>
    </w:p>
    <w:p>
      <w:r>
        <w:rPr>
          <w:b w:val="0"/>
          <w:sz w:val="20"/>
        </w:rPr>
        <w:t>The Commissioner agrees to:</w:t>
      </w:r>
    </w:p>
    <w:p>
      <w:r>
        <w:rPr>
          <w:b w:val="0"/>
          <w:sz w:val="20"/>
        </w:rPr>
        <w:t>a) Provide all necessary information and materials reasonably required for the creation of the Work;</w:t>
      </w:r>
    </w:p>
    <w:p>
      <w:r>
        <w:rPr>
          <w:b w:val="0"/>
          <w:sz w:val="20"/>
        </w:rPr>
        <w:t>b) Make payments in accordance with this Agreement;</w:t>
      </w:r>
    </w:p>
    <w:p>
      <w:r>
        <w:rPr>
          <w:b w:val="0"/>
          <w:sz w:val="20"/>
        </w:rPr>
        <w:t>c) Promptly inspect and accept or reject the Work upon delivery based on the specifications herein.</w:t>
      </w:r>
    </w:p>
    <w:p/>
    <w:p>
      <w:r>
        <w:rPr>
          <w:b/>
          <w:sz w:val="20"/>
        </w:rPr>
        <w:t>7. REVISIONS</w:t>
      </w:r>
    </w:p>
    <w:p>
      <w:r>
        <w:rPr>
          <w:b w:val="0"/>
          <w:sz w:val="20"/>
        </w:rPr>
        <w:t>The Commissioner is entitled to _________ (number) rounds of revisions.</w:t>
      </w:r>
    </w:p>
    <w:p>
      <w:r>
        <w:rPr>
          <w:b w:val="0"/>
          <w:sz w:val="20"/>
        </w:rPr>
        <w:t>Additional revisions beyond the specified number shall be subject to additional fees as agreed between the parties.</w:t>
      </w:r>
    </w:p>
    <w:p/>
    <w:p>
      <w:r>
        <w:rPr>
          <w:b/>
          <w:sz w:val="20"/>
        </w:rPr>
        <w:t>8. CANCELLATION AND REFUNDS</w:t>
      </w:r>
    </w:p>
    <w:p>
      <w:r>
        <w:rPr>
          <w:b w:val="0"/>
          <w:sz w:val="20"/>
        </w:rPr>
        <w:t>a) If the Commissioner cancels the Agreement before completion of the Work, the deposit shall be non-refundable.</w:t>
      </w:r>
    </w:p>
    <w:p>
      <w:r>
        <w:rPr>
          <w:b w:val="0"/>
          <w:sz w:val="20"/>
        </w:rPr>
        <w:t>b) If the Artist cancels the Agreement, all payments received shall be refunded to the Commissioner.</w:t>
      </w:r>
    </w:p>
    <w:p/>
    <w:p>
      <w:r>
        <w:rPr>
          <w:b/>
          <w:sz w:val="20"/>
        </w:rPr>
        <w:t>9. INDEMNIFICATION</w:t>
      </w:r>
    </w:p>
    <w:p>
      <w:r>
        <w:rPr>
          <w:b w:val="0"/>
          <w:sz w:val="20"/>
        </w:rPr>
        <w:t>Each party agrees to indemnify, defend, and hold harmless the other party from and against any claims, damages, liabilities, costs, and expenses arising out of any breach of this Agreement or the negligent or willful misconduct of the indemnifying party.</w:t>
      </w:r>
    </w:p>
    <w:p/>
    <w:p>
      <w:r>
        <w:rPr>
          <w:b/>
          <w:sz w:val="20"/>
        </w:rPr>
        <w:t>10. LIMITATION OF LIABILITY</w:t>
      </w:r>
    </w:p>
    <w:p>
      <w:r>
        <w:rPr>
          <w:b w:val="0"/>
          <w:sz w:val="20"/>
        </w:rPr>
        <w:t>In no event shall either party be liable for any indirect, incidental, special, consequential, or punitive damages arising out of or related to this Agreement, regardless of the cause of action.</w:t>
      </w:r>
    </w:p>
    <w:p/>
    <w:p>
      <w:r>
        <w:rPr>
          <w:b/>
          <w:sz w:val="20"/>
        </w:rPr>
        <w:t>11. GOVERNING LAW AND VENUE</w:t>
      </w:r>
    </w:p>
    <w:p>
      <w:r>
        <w:rPr>
          <w:b w:val="0"/>
          <w:sz w:val="20"/>
        </w:rPr>
        <w:t>This Agreement shall be governed by and construed in accordance with the laws of the State of ____________________, without regard to its conflict of law principles.</w:t>
      </w:r>
    </w:p>
    <w:p>
      <w:r>
        <w:rPr>
          <w:b w:val="0"/>
          <w:sz w:val="20"/>
        </w:rPr>
        <w:t>Any disputes arising out of or related to this Agreement shall be resolved exclusively in the federal or state courts located in ____________________, and the parties hereby consent to the jurisdiction and venue of such courts.</w:t>
      </w:r>
    </w:p>
    <w:p/>
    <w:p>
      <w:r>
        <w:rPr>
          <w:b/>
          <w:sz w:val="20"/>
        </w:rPr>
        <w:t>12. ENTIRE AGREEMENT AND AMENDMENTS</w:t>
      </w:r>
    </w:p>
    <w:p>
      <w:r>
        <w:rPr>
          <w:b w:val="0"/>
          <w:sz w:val="20"/>
        </w:rPr>
        <w:t>This Agreement constitutes the entire agreement between the parties with respect to the subject matter herein and supersedes all prior oral or written agreements, understandings, or representations.</w:t>
      </w:r>
    </w:p>
    <w:p>
      <w:r>
        <w:rPr>
          <w:b w:val="0"/>
          <w:sz w:val="20"/>
        </w:rPr>
        <w:t>Any amendments or modifications to this Agreement must be in writing and signed by both parties.</w:t>
      </w:r>
    </w:p>
    <w:p/>
    <w:p>
      <w:r>
        <w:rPr>
          <w:b/>
          <w:sz w:val="20"/>
        </w:rPr>
        <w:t>13. SEVERABILITY</w:t>
      </w:r>
    </w:p>
    <w:p>
      <w:r>
        <w:rPr>
          <w:b w:val="0"/>
          <w:sz w:val="20"/>
        </w:rPr>
        <w:t>If any provision of this Agreement is held to be invalid, illegal, or unenforceable by a court of competent jurisdiction, the remaining provisions shall remain in full force and effect.</w:t>
      </w:r>
    </w:p>
    <w:p/>
    <w:p>
      <w:r>
        <w:rPr>
          <w:b/>
          <w:sz w:val="20"/>
        </w:rPr>
        <w:t>14. NOTICES</w:t>
      </w:r>
    </w:p>
    <w:p>
      <w:r>
        <w:rPr>
          <w:b w:val="0"/>
          <w:sz w:val="20"/>
        </w:rPr>
        <w:t>All notices, requests, demands, and other communications under this Agreement shall be in writing and shall be deemed to have been duly given when delivered personally, sent by certified mail (return receipt requested), or by recognized courier service to the contact information provided by each party 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COMMISSIONER</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https://contract247-us.com/visual-artist-contract/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visual-artis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