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VOLUNTEER SERVICES AGREEMENT</w:t>
      </w:r>
    </w:p>
    <w:p/>
    <w:p>
      <w:r>
        <w:rPr>
          <w:b/>
          <w:sz w:val="20"/>
        </w:rPr>
        <w:t>This Volunteer Services Agreement ("Agreement") is entered into by and between:</w:t>
      </w:r>
    </w:p>
    <w:p>
      <w:r>
        <w:rPr>
          <w:b w:val="0"/>
          <w:sz w:val="20"/>
        </w:rPr>
        <w:t>Organization Name: _________________________________________________</w:t>
      </w:r>
    </w:p>
    <w:p>
      <w:r>
        <w:rPr>
          <w:b w:val="0"/>
          <w:sz w:val="20"/>
        </w:rPr>
        <w:t>Address: ___________________________________________________________</w:t>
      </w:r>
    </w:p>
    <w:p>
      <w:r>
        <w:rPr>
          <w:b w:val="0"/>
          <w:sz w:val="20"/>
        </w:rPr>
        <w:t>Contact Person: _____________________________________________________</w:t>
      </w:r>
    </w:p>
    <w:p>
      <w:r>
        <w:rPr>
          <w:b w:val="0"/>
          <w:sz w:val="20"/>
        </w:rPr>
        <w:t>Phone: _____________________________________________________________</w:t>
      </w:r>
    </w:p>
    <w:p>
      <w:r>
        <w:rPr>
          <w:b w:val="0"/>
          <w:sz w:val="20"/>
        </w:rPr>
        <w:t>Email: _____________________________________________________________</w:t>
      </w:r>
    </w:p>
    <w:p/>
    <w:p>
      <w:pPr>
        <w:jc w:val="center"/>
      </w:pPr>
      <w:r>
        <w:rPr>
          <w:b w:val="0"/>
          <w:sz w:val="20"/>
        </w:rPr>
        <w:t>and</w:t>
      </w:r>
    </w:p>
    <w:p/>
    <w:p>
      <w:r>
        <w:rPr>
          <w:b w:val="0"/>
          <w:sz w:val="20"/>
        </w:rPr>
        <w:t>Volunteer Name: ____________________________________________________</w:t>
      </w:r>
    </w:p>
    <w:p>
      <w:r>
        <w:rPr>
          <w:b w:val="0"/>
          <w:sz w:val="20"/>
        </w:rPr>
        <w:t>Address: ___________________________________________________________</w:t>
      </w:r>
    </w:p>
    <w:p>
      <w:r>
        <w:rPr>
          <w:b w:val="0"/>
          <w:sz w:val="20"/>
        </w:rPr>
        <w:t>Phone: _____________________________________________________________</w:t>
      </w:r>
    </w:p>
    <w:p>
      <w:r>
        <w:rPr>
          <w:b w:val="0"/>
          <w:sz w:val="20"/>
        </w:rPr>
        <w:t>Email: _____________________________________________________________</w:t>
      </w:r>
    </w:p>
    <w:p/>
    <w:p>
      <w:r>
        <w:rPr>
          <w:b/>
          <w:sz w:val="20"/>
        </w:rPr>
        <w:t>RECITALS</w:t>
      </w:r>
    </w:p>
    <w:p>
      <w:r>
        <w:rPr>
          <w:b w:val="0"/>
          <w:sz w:val="20"/>
        </w:rPr>
        <w:t>WHEREAS, the Organization is a nonprofit entity dedicated to ________________________________________________, and</w:t>
      </w:r>
    </w:p>
    <w:p>
      <w:r>
        <w:rPr>
          <w:b w:val="0"/>
          <w:sz w:val="20"/>
        </w:rPr>
        <w:t>WHEREAS, the Volunteer desires to provide voluntary services to the Organization without compensation,</w:t>
      </w:r>
    </w:p>
    <w:p>
      <w:r>
        <w:rPr>
          <w:b w:val="0"/>
          <w:sz w:val="20"/>
        </w:rPr>
        <w:t>NOW, THEREFORE, in consideration of the mutual promises contained herein, the parties agree as follows:</w:t>
      </w:r>
    </w:p>
    <w:p/>
    <w:p>
      <w:r>
        <w:rPr>
          <w:b/>
          <w:sz w:val="20"/>
        </w:rPr>
        <w:t>1. Volunteer Services</w:t>
      </w:r>
    </w:p>
    <w:p>
      <w:r>
        <w:rPr>
          <w:b w:val="0"/>
          <w:sz w:val="20"/>
        </w:rPr>
        <w:t>The Volunteer agrees to perform the following services for the Organization:</w:t>
      </w:r>
    </w:p>
    <w:p>
      <w:r>
        <w:rPr>
          <w:b w:val="0"/>
          <w:sz w:val="20"/>
        </w:rPr>
        <w:t>_________________________________________________________________________</w:t>
      </w:r>
    </w:p>
    <w:p>
      <w:r>
        <w:rPr>
          <w:b w:val="0"/>
          <w:sz w:val="20"/>
        </w:rPr>
        <w:t>The Volunteer shall perform services at such times and locations as agreed upon by the parties.</w:t>
      </w:r>
    </w:p>
    <w:p/>
    <w:p>
      <w:r>
        <w:rPr>
          <w:b/>
          <w:sz w:val="20"/>
        </w:rPr>
        <w:t>2. Term</w:t>
      </w:r>
    </w:p>
    <w:p>
      <w:r>
        <w:rPr>
          <w:b w:val="0"/>
          <w:sz w:val="20"/>
        </w:rPr>
        <w:t>This Agreement shall commence upon signing by both parties and shall continue until terminated by either party as provided herein.</w:t>
      </w:r>
    </w:p>
    <w:p/>
    <w:p>
      <w:r>
        <w:rPr>
          <w:b/>
          <w:sz w:val="20"/>
        </w:rPr>
        <w:t>3. Nature of Relationship</w:t>
      </w:r>
    </w:p>
    <w:p>
      <w:r>
        <w:rPr>
          <w:b w:val="0"/>
          <w:sz w:val="20"/>
        </w:rPr>
        <w:t>The Volunteer is not an employee, agent, partner, or legal representative of the Organization for any purpose and shall not represent themselves as such.</w:t>
      </w:r>
    </w:p>
    <w:p>
      <w:r>
        <w:rPr>
          <w:b w:val="0"/>
          <w:sz w:val="20"/>
        </w:rPr>
        <w:t>The Volunteer shall receive no compensation, benefits, or remuneration of any kind for services rendered under this Agreement.</w:t>
      </w:r>
    </w:p>
    <w:p/>
    <w:p>
      <w:r>
        <w:rPr>
          <w:b/>
          <w:sz w:val="20"/>
        </w:rPr>
        <w:t>4. Volunteer Obligations</w:t>
      </w:r>
    </w:p>
    <w:p>
      <w:r>
        <w:rPr>
          <w:b w:val="0"/>
          <w:sz w:val="20"/>
        </w:rPr>
        <w:t>The Volunteer agrees to carry out assigned duties with due care, diligence, and in compliance with all applicable policies, rules, and regulations of the Organization.</w:t>
      </w:r>
    </w:p>
    <w:p>
      <w:r>
        <w:rPr>
          <w:b w:val="0"/>
          <w:sz w:val="20"/>
        </w:rPr>
        <w:t>The Volunteer shall maintain confidentiality of any sensitive information obtained during the course of volunteer service.</w:t>
      </w:r>
    </w:p>
    <w:p>
      <w:r>
        <w:rPr>
          <w:b w:val="0"/>
          <w:sz w:val="20"/>
        </w:rPr>
        <w:t>The Volunteer shall immediately report any injury, incident, or unsafe condition to the Organization.</w:t>
      </w:r>
    </w:p>
    <w:p/>
    <w:p>
      <w:r>
        <w:rPr>
          <w:b/>
          <w:sz w:val="20"/>
        </w:rPr>
        <w:t>5. Organization Obligations</w:t>
      </w:r>
    </w:p>
    <w:p>
      <w:r>
        <w:rPr>
          <w:b w:val="0"/>
          <w:sz w:val="20"/>
        </w:rPr>
        <w:t>The Organization agrees to provide the Volunteer with appropriate orientation, training, and supervision as reasonably necessary for the performance of volunteer services.</w:t>
      </w:r>
    </w:p>
    <w:p>
      <w:r>
        <w:rPr>
          <w:b w:val="0"/>
          <w:sz w:val="20"/>
        </w:rPr>
        <w:t>The Organization shall maintain insurance coverage as required by law and notify the Volunteer of any specific hazards related to the volunteer work.</w:t>
      </w:r>
    </w:p>
    <w:p/>
    <w:p>
      <w:r>
        <w:rPr>
          <w:b/>
          <w:sz w:val="20"/>
        </w:rPr>
        <w:t>6. Volunteer Property and Expenses</w:t>
      </w:r>
    </w:p>
    <w:p>
      <w:r>
        <w:rPr>
          <w:b w:val="0"/>
          <w:sz w:val="20"/>
        </w:rPr>
        <w:t>The Volunteer shall be responsible for providing their own expenses and materials unless otherwise agreed in writing.</w:t>
      </w:r>
    </w:p>
    <w:p>
      <w:r>
        <w:rPr>
          <w:b w:val="0"/>
          <w:sz w:val="20"/>
        </w:rPr>
        <w:t>The Organization is not responsible for loss or damage to personal property of the Volunteer, except as required by law.</w:t>
      </w:r>
    </w:p>
    <w:p/>
    <w:p>
      <w:r>
        <w:rPr>
          <w:b/>
          <w:sz w:val="20"/>
        </w:rPr>
        <w:t>7. Liability and Indemnification</w:t>
      </w:r>
    </w:p>
    <w:p>
      <w:r>
        <w:rPr>
          <w:b w:val="0"/>
          <w:sz w:val="20"/>
        </w:rPr>
        <w:t>The Volunteer acknowledges that there are inherent risks in performing volunteer services and agrees to assume full responsibility for any injury or harm resulting from participation.</w:t>
      </w:r>
    </w:p>
    <w:p>
      <w:r>
        <w:rPr>
          <w:b w:val="0"/>
          <w:sz w:val="20"/>
        </w:rPr>
        <w:t>The Volunteer shall indemnify and hold harmless the Organization, its directors, officers, employees, and agents from any claims, damages, liabilities, or expenses arising out of the Volunteer’s negligent or intentional acts or omissions.</w:t>
      </w:r>
    </w:p>
    <w:p/>
    <w:p>
      <w:r>
        <w:rPr>
          <w:b/>
          <w:sz w:val="20"/>
        </w:rPr>
        <w:t>8. Confidentiality</w:t>
      </w:r>
    </w:p>
    <w:p>
      <w:r>
        <w:rPr>
          <w:b w:val="0"/>
          <w:sz w:val="20"/>
        </w:rPr>
        <w:t>The Volunteer agrees to keep confidential all proprietary and sensitive information obtained during the course of volunteer service and shall not disclose such information without prior written consent from the Organization.</w:t>
      </w:r>
    </w:p>
    <w:p/>
    <w:p>
      <w:r>
        <w:rPr>
          <w:b/>
          <w:sz w:val="20"/>
        </w:rPr>
        <w:t>9. Termination</w:t>
      </w:r>
    </w:p>
    <w:p>
      <w:r>
        <w:rPr>
          <w:b w:val="0"/>
          <w:sz w:val="20"/>
        </w:rPr>
        <w:t>Either party may terminate this Agreement at any time, with or without cause, by providing written notice to the other party.</w:t>
      </w:r>
    </w:p>
    <w:p>
      <w:r>
        <w:rPr>
          <w:b w:val="0"/>
          <w:sz w:val="20"/>
        </w:rPr>
        <w:t>Upon termination, the Volunteer shall cease all volunteer activities and return any Organization property, materials, or confidential information.</w:t>
      </w:r>
    </w:p>
    <w:p/>
    <w:p>
      <w:r>
        <w:rPr>
          <w:b/>
          <w:sz w:val="20"/>
        </w:rPr>
        <w:t>10. Governing Law</w:t>
      </w:r>
    </w:p>
    <w:p>
      <w:r>
        <w:rPr>
          <w:b w:val="0"/>
          <w:sz w:val="20"/>
        </w:rPr>
        <w:t>This Agreement shall be governed by and construed in accordance with the laws of the State in which the Organization is located, without regard to its conflict of laws principles.</w:t>
      </w:r>
    </w:p>
    <w:p/>
    <w:p>
      <w:r>
        <w:rPr>
          <w:b/>
          <w:sz w:val="20"/>
        </w:rPr>
        <w:t>11. Entire Agreement</w:t>
      </w:r>
    </w:p>
    <w:p>
      <w:r>
        <w:rPr>
          <w:b w:val="0"/>
          <w:sz w:val="20"/>
        </w:rPr>
        <w:t>This Agreement constitutes the entire understanding between the parties regarding the subject matter herein and supersedes all prior discussions, agreements, or understandings of any kind.</w:t>
      </w:r>
    </w:p>
    <w:p>
      <w:r>
        <w:rPr>
          <w:b w:val="0"/>
          <w:sz w:val="20"/>
        </w:rPr>
        <w:t>Any modifications to this Agreement must be in writing and signed by both parties.</w:t>
      </w:r>
    </w:p>
    <w:p/>
    <w:p>
      <w:r>
        <w:rPr>
          <w:b/>
          <w:sz w:val="20"/>
        </w:rPr>
        <w:t>12. Severability</w:t>
      </w:r>
    </w:p>
    <w:p>
      <w:r>
        <w:rPr>
          <w:b w:val="0"/>
          <w:sz w:val="20"/>
        </w:rPr>
        <w:t>If any provision of this Agreement is held invalid or unenforceable, the remaining provisions shall continue in full force and effect.</w:t>
      </w:r>
    </w:p>
    <w:p/>
    <w:p>
      <w:r>
        <w:rPr>
          <w:b/>
          <w:sz w:val="20"/>
        </w:rPr>
        <w:t>13. No Waiver</w:t>
      </w:r>
    </w:p>
    <w:p>
      <w:r>
        <w:rPr>
          <w:b w:val="0"/>
          <w:sz w:val="20"/>
        </w:rPr>
        <w:t>Failure by either party to enforce any provision of this Agreement shall not be deemed a waiver of that provision or any other provision herein.</w:t>
      </w:r>
    </w:p>
    <w:p/>
    <w:p/>
    <w:p>
      <w:r>
        <w:rPr>
          <w:b w:val="0"/>
          <w:sz w:val="20"/>
        </w:rPr>
        <w:t>Place of Agreement Execution: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ORGANIZATION REPRESENTATIVE</w:t>
            </w:r>
          </w:p>
        </w:tc>
        <w:tc>
          <w:tcPr>
            <w:tcW w:type="dxa" w:w="4986"/>
            <w:tcBorders>
              <w:top w:val="nil"/>
              <w:left w:val="nil"/>
              <w:bottom w:val="nil"/>
              <w:right w:val="nil"/>
              <w:insideH w:val="nil"/>
              <w:insideV w:val="nil"/>
            </w:tcBorders>
          </w:tcPr>
          <w:p>
            <w:pPr>
              <w:jc w:val="center"/>
            </w:pPr>
            <w:r>
              <w:t>VOLUNTEER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https://contract247-us.com/volunteer-contract/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volunteer-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