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WEB DEVELOPER SERVICES AGREEMENT</w:t>
      </w:r>
    </w:p>
    <w:p/>
    <w:p>
      <w:r>
        <w:rPr>
          <w:b w:val="0"/>
          <w:sz w:val="20"/>
        </w:rPr>
        <w:t>This Web Developer Services Agreement (the "Agreement") is made between:</w:t>
      </w:r>
    </w:p>
    <w:p/>
    <w:p>
      <w:r>
        <w:rPr>
          <w:b/>
          <w:sz w:val="20"/>
        </w:rPr>
        <w:t>Client Information:</w:t>
      </w:r>
    </w:p>
    <w:p>
      <w:r>
        <w:rPr>
          <w:b w:val="0"/>
          <w:sz w:val="20"/>
        </w:rPr>
        <w:t>Full Name / Company Name: 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Developer Information:</w:t>
      </w:r>
    </w:p>
    <w:p>
      <w:r>
        <w:rPr>
          <w:b w:val="0"/>
          <w:sz w:val="20"/>
        </w:rPr>
        <w:t>Full Name / Company Name: 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WHEREAS,</w:t>
      </w:r>
    </w:p>
    <w:p>
      <w:r>
        <w:rPr>
          <w:b w:val="0"/>
          <w:sz w:val="20"/>
        </w:rPr>
        <w:t>Client desires to engage Developer to provide web development services as described herein, and Developer agrees to provide such services under the terms and conditions set forth in this Agreement.</w:t>
      </w:r>
    </w:p>
    <w:p/>
    <w:p>
      <w:r>
        <w:rPr>
          <w:b/>
          <w:sz w:val="20"/>
        </w:rPr>
        <w:t>1. Services</w:t>
      </w:r>
    </w:p>
    <w:p>
      <w:r>
        <w:rPr>
          <w:b w:val="0"/>
          <w:sz w:val="20"/>
        </w:rPr>
        <w:t>Developer agrees to design, develop, and deliver the website and related digital assets ("Services") as per the specifications mutually agreed upon by the parties. Developer will provide the Services in a professional and timely manner consistent with industry standards.</w:t>
      </w:r>
    </w:p>
    <w:p/>
    <w:p>
      <w:r>
        <w:rPr>
          <w:b/>
          <w:sz w:val="20"/>
        </w:rPr>
        <w:t>2. Deliverables</w:t>
      </w:r>
    </w:p>
    <w:p>
      <w:r>
        <w:rPr>
          <w:b w:val="0"/>
          <w:sz w:val="20"/>
        </w:rPr>
        <w:t>Developer shall deliver the completed website and any associated source code, documentation, and other materials (the "Deliverables") to Client upon completion of the Services or as otherwise agreed. All Deliverables shall be subject to Client’s review and approval.</w:t>
      </w:r>
    </w:p>
    <w:p/>
    <w:p>
      <w:r>
        <w:rPr>
          <w:b/>
          <w:sz w:val="20"/>
        </w:rPr>
        <w:t>3. Payment</w:t>
      </w:r>
    </w:p>
    <w:p>
      <w:r>
        <w:rPr>
          <w:b w:val="0"/>
          <w:sz w:val="20"/>
        </w:rPr>
        <w:t>Client agrees to pay Developer the total fee of $________________ for the Services, payable according to the following schedule:</w:t>
      </w:r>
    </w:p>
    <w:p>
      <w:r>
        <w:rPr>
          <w:b w:val="0"/>
          <w:sz w:val="20"/>
        </w:rPr>
        <w:t>a) Deposit: $________________ upon execution of this Agreement.</w:t>
      </w:r>
    </w:p>
    <w:p>
      <w:r>
        <w:rPr>
          <w:b w:val="0"/>
          <w:sz w:val="20"/>
        </w:rPr>
        <w:t>b) Milestone payments: $________________ upon completion of specified project milestones.</w:t>
      </w:r>
    </w:p>
    <w:p>
      <w:r>
        <w:rPr>
          <w:b w:val="0"/>
          <w:sz w:val="20"/>
        </w:rPr>
        <w:t>c) Final payment: $________________ upon delivery and acceptance of the completed Deliverables.</w:t>
      </w:r>
    </w:p>
    <w:p>
      <w:r>
        <w:rPr>
          <w:b w:val="0"/>
          <w:sz w:val="20"/>
        </w:rPr>
        <w:t>All payments shall be made within thirty (30) days of invoice receipt unless otherwise agreed in writing.</w:t>
      </w:r>
    </w:p>
    <w:p/>
    <w:p>
      <w:r>
        <w:rPr>
          <w:b/>
          <w:sz w:val="20"/>
        </w:rPr>
        <w:t>4. Term and Termination</w:t>
      </w:r>
    </w:p>
    <w:p>
      <w:r>
        <w:rPr>
          <w:b w:val="0"/>
          <w:sz w:val="20"/>
        </w:rPr>
        <w:t>This Agreement shall commence upon execution and continue until the completion of Services unless terminated earlier by either party. Either party may terminate this Agreement upon written notice if the other party materially breaches any term and fails to cure such breach within fourteen (14) days of notice. Upon termination, Client shall pay Developer for all Services performed and approved Deliverables delivered up to the termination date.</w:t>
      </w:r>
    </w:p>
    <w:p/>
    <w:p>
      <w:r>
        <w:rPr>
          <w:b/>
          <w:sz w:val="20"/>
        </w:rPr>
        <w:t>5. Intellectual Property Rights</w:t>
      </w:r>
    </w:p>
    <w:p>
      <w:r>
        <w:rPr>
          <w:b w:val="0"/>
          <w:sz w:val="20"/>
        </w:rPr>
        <w:t>Upon full payment, Developer assigns to Client all exclusive rights, title, and interest in and to the Deliverables created under this Agreement, including copyrights and moral rights, to the extent assignable. Developer retains no rights to use the Deliverables except for portfolio or marketing purposes unless otherwise agreed. Any pre-existing Developer materials incorporated into the Deliverables remain Developer’s property, and Developer grants Client a non-exclusive license to use such materials within the Deliverables.</w:t>
      </w:r>
    </w:p>
    <w:p/>
    <w:p>
      <w:r>
        <w:rPr>
          <w:b/>
          <w:sz w:val="20"/>
        </w:rPr>
        <w:t>6. Confidentiality</w:t>
      </w:r>
    </w:p>
    <w:p>
      <w:r>
        <w:rPr>
          <w:b w:val="0"/>
          <w:sz w:val="20"/>
        </w:rPr>
        <w:t>Both parties agree to keep confidential all proprietary or confidential information disclosed by the other party during the term of this Agreement and not to disclose such information to any third party without prior written consent, except as required by law.</w:t>
      </w:r>
    </w:p>
    <w:p/>
    <w:p>
      <w:r>
        <w:rPr>
          <w:b/>
          <w:sz w:val="20"/>
        </w:rPr>
        <w:t>7. Warranties and Representations</w:t>
      </w:r>
    </w:p>
    <w:p>
      <w:r>
        <w:rPr>
          <w:b w:val="0"/>
          <w:sz w:val="20"/>
        </w:rPr>
        <w:t>Developer represents and warrants that the Services and Deliverables shall be original, performed in a professional manner, and shall not infringe any intellectual property rights of third parties. Client represents that any materials provided to Developer do not violate any third-party rights.</w:t>
      </w:r>
    </w:p>
    <w:p/>
    <w:p>
      <w:r>
        <w:rPr>
          <w:b/>
          <w:sz w:val="20"/>
        </w:rPr>
        <w:t>8. Limitation of Liability</w:t>
      </w:r>
    </w:p>
    <w:p>
      <w:r>
        <w:rPr>
          <w:b w:val="0"/>
          <w:sz w:val="20"/>
        </w:rPr>
        <w:t>Except for damages resulting from gross negligence or willful misconduct, neither party shall be liable for any indirect, incidental, special, consequential, or punitive damages arising out of or related to this Agreement, even if advised of the possibility of such damages. Developer’s total liability under this Agreement shall not exceed the total fees paid by Client.</w:t>
      </w:r>
    </w:p>
    <w:p/>
    <w:p>
      <w:r>
        <w:rPr>
          <w:b/>
          <w:sz w:val="20"/>
        </w:rPr>
        <w:t>9. Independent Contractor</w:t>
      </w:r>
    </w:p>
    <w:p>
      <w:r>
        <w:rPr>
          <w:b w:val="0"/>
          <w:sz w:val="20"/>
        </w:rPr>
        <w:t>Developer is an independent contractor and not an employee, agent, or partner of Client. Developer is responsible for all taxes and benefits as required by law.</w:t>
      </w:r>
    </w:p>
    <w:p/>
    <w:p>
      <w:r>
        <w:rPr>
          <w:b/>
          <w:sz w:val="20"/>
        </w:rPr>
        <w:t>10. Governing Law and Dispute Resolution</w:t>
      </w:r>
    </w:p>
    <w:p>
      <w:r>
        <w:rPr>
          <w:b w:val="0"/>
          <w:sz w:val="20"/>
        </w:rPr>
        <w:t>This Agreement shall be governed by and construed in accordance with the laws of the State of ____________________, United States of America, without regard to conflict of law principles. Any disputes arising out of or related to this Agreement shall be resolved exclusively in the state or federal courts located within ____________________, and both parties consent to personal jurisdiction and venue therein.</w:t>
      </w:r>
    </w:p>
    <w:p/>
    <w:p>
      <w:r>
        <w:rPr>
          <w:b/>
          <w:sz w:val="20"/>
        </w:rPr>
        <w:t>11. Amendments</w:t>
      </w:r>
    </w:p>
    <w:p>
      <w:r>
        <w:rPr>
          <w:b w:val="0"/>
          <w:sz w:val="20"/>
        </w:rPr>
        <w:t>Any amendments or modifications to this Agreement must be in writing and signed by both parties.</w:t>
      </w:r>
    </w:p>
    <w:p/>
    <w:p>
      <w:r>
        <w:rPr>
          <w:b/>
          <w:sz w:val="20"/>
        </w:rPr>
        <w:t>12. Entire Agreement</w:t>
      </w:r>
    </w:p>
    <w:p>
      <w:r>
        <w:rPr>
          <w:b w:val="0"/>
          <w:sz w:val="20"/>
        </w:rPr>
        <w:t>This Agreement constitutes the full and entire understanding between the parties and supersedes all prior agreements, representations, and understandings, whether oral or written, relating to its subject matter.</w:t>
      </w:r>
    </w:p>
    <w:p/>
    <w:p/>
    <w:p>
      <w:r>
        <w:rPr>
          <w:b w:val="0"/>
          <w:sz w:val="20"/>
        </w:rPr>
        <w:t>IN WITNESS WHEREOF, the parties have executed this Agreement as of the date of their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DEVELOPER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https://contract247-us.com/web-developer-contract/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web-develope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