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WEDDING FLORAL SERVICES AGREEMENT</w:t>
      </w:r>
    </w:p>
    <w:p/>
    <w:p>
      <w:r>
        <w:rPr>
          <w:b/>
          <w:sz w:val="20"/>
        </w:rPr>
        <w:t>This Wedding Floral Services Agreement (the “Agreement”) is entered into by and between:</w:t>
      </w:r>
    </w:p>
    <w:p/>
    <w:p>
      <w:r>
        <w:rPr>
          <w:b/>
          <w:sz w:val="20"/>
        </w:rPr>
        <w:t>Floral Service Provider:</w:t>
      </w:r>
    </w:p>
    <w:p>
      <w:r>
        <w:rPr>
          <w:b w:val="0"/>
          <w:sz w:val="20"/>
        </w:rPr>
        <w:t>Name: _________________________________________________________________</w:t>
      </w:r>
    </w:p>
    <w:p>
      <w:r>
        <w:rPr>
          <w:b w:val="0"/>
          <w:sz w:val="20"/>
        </w:rPr>
        <w:t>Business Name: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Name(s): 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Event Details:</w:t>
      </w:r>
    </w:p>
    <w:p>
      <w:r>
        <w:rPr>
          <w:b w:val="0"/>
          <w:sz w:val="20"/>
        </w:rPr>
        <w:t>Wedding Date: __________________________________________________________</w:t>
      </w:r>
    </w:p>
    <w:p>
      <w:r>
        <w:rPr>
          <w:b w:val="0"/>
          <w:sz w:val="20"/>
        </w:rPr>
        <w:t>Venue Name and Address: _________________________________________________</w:t>
      </w:r>
    </w:p>
    <w:p>
      <w:r>
        <w:rPr>
          <w:b w:val="0"/>
          <w:sz w:val="20"/>
        </w:rPr>
        <w:t>Event Start Time: _______________________________________________________</w:t>
      </w:r>
    </w:p>
    <w:p>
      <w:r>
        <w:rPr>
          <w:b w:val="0"/>
          <w:sz w:val="20"/>
        </w:rPr>
        <w:t>Event End Time: _________________________________________________________</w:t>
      </w:r>
    </w:p>
    <w:p/>
    <w:p>
      <w:r>
        <w:rPr>
          <w:b/>
          <w:sz w:val="20"/>
        </w:rPr>
        <w:t>Scope of Services:</w:t>
      </w:r>
    </w:p>
    <w:p>
      <w:r>
        <w:rPr>
          <w:b w:val="0"/>
          <w:sz w:val="20"/>
        </w:rPr>
        <w:t>The Floral Service Provider agrees to provide floral design and related services, including but not limited to:</w:t>
      </w:r>
    </w:p>
    <w:p>
      <w:r>
        <w:rPr>
          <w:b w:val="0"/>
          <w:sz w:val="20"/>
        </w:rPr>
        <w:t>- Consultation and design planning</w:t>
      </w:r>
    </w:p>
    <w:p>
      <w:r>
        <w:rPr>
          <w:b w:val="0"/>
          <w:sz w:val="20"/>
        </w:rPr>
        <w:t>- Preparation and delivery of floral arrangements</w:t>
      </w:r>
    </w:p>
    <w:p>
      <w:r>
        <w:rPr>
          <w:b w:val="0"/>
          <w:sz w:val="20"/>
        </w:rPr>
        <w:t>- Setup and installation at the event venue</w:t>
      </w:r>
    </w:p>
    <w:p>
      <w:r>
        <w:rPr>
          <w:b w:val="0"/>
          <w:sz w:val="20"/>
        </w:rPr>
        <w:t>- Breakdown and removal of floral materials after the event</w:t>
      </w:r>
    </w:p>
    <w:p>
      <w:r>
        <w:rPr>
          <w:b w:val="0"/>
          <w:sz w:val="20"/>
        </w:rPr>
      </w:r>
    </w:p>
    <w:p>
      <w:r>
        <w:rPr>
          <w:b w:val="0"/>
          <w:sz w:val="20"/>
        </w:rPr>
        <w:t>Specific floral items to be provided:</w:t>
      </w:r>
    </w:p>
    <w:p>
      <w:r>
        <w:rPr>
          <w:b w:val="0"/>
          <w:sz w:val="20"/>
        </w:rPr>
        <w:t xml:space="preserve">  • Bridal bouquet(s): _________________________________________________</w:t>
      </w:r>
    </w:p>
    <w:p>
      <w:r>
        <w:rPr>
          <w:b w:val="0"/>
          <w:sz w:val="20"/>
        </w:rPr>
        <w:t xml:space="preserve">  • Bridesmaids’ bouquets: _____________________________________________</w:t>
      </w:r>
    </w:p>
    <w:p>
      <w:r>
        <w:rPr>
          <w:b w:val="0"/>
          <w:sz w:val="20"/>
        </w:rPr>
        <w:t xml:space="preserve">  • Boutonnieres: ____________________________________________________</w:t>
      </w:r>
    </w:p>
    <w:p>
      <w:r>
        <w:rPr>
          <w:b w:val="0"/>
          <w:sz w:val="20"/>
        </w:rPr>
        <w:t xml:space="preserve">  • Corsages: ________________________________________________________</w:t>
      </w:r>
    </w:p>
    <w:p>
      <w:r>
        <w:rPr>
          <w:b w:val="0"/>
          <w:sz w:val="20"/>
        </w:rPr>
        <w:t xml:space="preserve">  • Ceremony decorations: _____________________________________________</w:t>
      </w:r>
    </w:p>
    <w:p>
      <w:r>
        <w:rPr>
          <w:b w:val="0"/>
          <w:sz w:val="20"/>
        </w:rPr>
        <w:t xml:space="preserve">  • Reception centerpieces: ___________________________________________</w:t>
      </w:r>
    </w:p>
    <w:p>
      <w:r>
        <w:rPr>
          <w:b w:val="0"/>
          <w:sz w:val="20"/>
        </w:rPr>
        <w:t xml:space="preserve">  • Other floral decorations: __________________________________________</w:t>
      </w:r>
    </w:p>
    <w:p/>
    <w:p>
      <w:r>
        <w:rPr>
          <w:b/>
          <w:sz w:val="20"/>
        </w:rPr>
        <w:t>Payment Terms:</w:t>
      </w:r>
    </w:p>
    <w:p>
      <w:r>
        <w:rPr>
          <w:b w:val="0"/>
          <w:sz w:val="20"/>
        </w:rPr>
        <w:t>Total Price for Services: $________________________</w:t>
      </w:r>
    </w:p>
    <w:p>
      <w:r>
        <w:rPr>
          <w:b w:val="0"/>
          <w:sz w:val="20"/>
        </w:rPr>
        <w:t>Deposit Amount (Non-Refundable): $________________</w:t>
      </w:r>
    </w:p>
    <w:p>
      <w:r>
        <w:rPr>
          <w:b w:val="0"/>
          <w:sz w:val="20"/>
        </w:rPr>
        <w:t>Balance Due Date: __________________________________</w:t>
      </w:r>
    </w:p>
    <w:p>
      <w:r>
        <w:rPr>
          <w:b w:val="0"/>
          <w:sz w:val="20"/>
        </w:rPr>
        <w:t>Accepted Payment Methods: __________________________</w:t>
      </w:r>
    </w:p>
    <w:p>
      <w:r>
        <w:rPr>
          <w:b w:val="0"/>
          <w:sz w:val="20"/>
        </w:rPr>
      </w:r>
    </w:p>
    <w:p>
      <w:r>
        <w:rPr>
          <w:b w:val="0"/>
          <w:sz w:val="20"/>
        </w:rPr>
        <w:t>Deposit must be received to secure date and services. Balance must be paid in full by the balance due date.</w:t>
      </w:r>
    </w:p>
    <w:p/>
    <w:p>
      <w:r>
        <w:rPr>
          <w:b/>
          <w:sz w:val="20"/>
        </w:rPr>
        <w:t>Cancellation and Refund Policy:</w:t>
      </w:r>
    </w:p>
    <w:p>
      <w:r>
        <w:rPr>
          <w:b w:val="0"/>
          <w:sz w:val="20"/>
        </w:rPr>
        <w:t>Client may cancel this Agreement by providing written notice to Floral Service Provider. The deposit is non-refundable.</w:t>
      </w:r>
    </w:p>
    <w:p>
      <w:r>
        <w:rPr>
          <w:b w:val="0"/>
          <w:sz w:val="20"/>
        </w:rPr>
        <w:t>If cancellation occurs within ______ days of the wedding date, Client agrees to pay ______% of the remaining balance as liquidated damages.</w:t>
      </w:r>
    </w:p>
    <w:p/>
    <w:p>
      <w:r>
        <w:rPr>
          <w:b/>
          <w:sz w:val="20"/>
        </w:rPr>
        <w:t>Responsibilities of the Floral Service Provider:</w:t>
      </w:r>
    </w:p>
    <w:p>
      <w:r>
        <w:rPr>
          <w:b w:val="0"/>
          <w:sz w:val="20"/>
        </w:rPr>
        <w:t>The Floral Service Provider shall:</w:t>
      </w:r>
    </w:p>
    <w:p>
      <w:r>
        <w:rPr>
          <w:b w:val="0"/>
          <w:sz w:val="20"/>
        </w:rPr>
        <w:t>- Deliver and install floral arrangements at the agreed time and location.</w:t>
      </w:r>
    </w:p>
    <w:p>
      <w:r>
        <w:rPr>
          <w:b w:val="0"/>
          <w:sz w:val="20"/>
        </w:rPr>
        <w:t>- Use fresh flowers and quality materials in accordance with the agreed design.</w:t>
      </w:r>
    </w:p>
    <w:p>
      <w:r>
        <w:rPr>
          <w:b w:val="0"/>
          <w:sz w:val="20"/>
        </w:rPr>
        <w:t>- Comply with all applicable laws, permits, and venue requirements.</w:t>
      </w:r>
    </w:p>
    <w:p>
      <w:r>
        <w:rPr>
          <w:b w:val="0"/>
          <w:sz w:val="20"/>
        </w:rPr>
        <w:t>- Maintain communication with Client to ensure satisfactory services.</w:t>
      </w:r>
    </w:p>
    <w:p/>
    <w:p>
      <w:r>
        <w:rPr>
          <w:b/>
          <w:sz w:val="20"/>
        </w:rPr>
        <w:t>Responsibilities of the Client:</w:t>
      </w:r>
    </w:p>
    <w:p>
      <w:r>
        <w:rPr>
          <w:b w:val="0"/>
          <w:sz w:val="20"/>
        </w:rPr>
        <w:t>The Client shall:</w:t>
      </w:r>
    </w:p>
    <w:p>
      <w:r>
        <w:rPr>
          <w:b w:val="0"/>
          <w:sz w:val="20"/>
        </w:rPr>
        <w:t>- Provide accurate event details and notify the Floral Service Provider of any changes promptly.</w:t>
      </w:r>
    </w:p>
    <w:p>
      <w:r>
        <w:rPr>
          <w:b w:val="0"/>
          <w:sz w:val="20"/>
        </w:rPr>
        <w:t>- Ensure venue access according to agreed schedule for setup and breakdown.</w:t>
      </w:r>
    </w:p>
    <w:p>
      <w:r>
        <w:rPr>
          <w:b w:val="0"/>
          <w:sz w:val="20"/>
        </w:rPr>
        <w:t>- Review and approve floral designs and arrangements prior to the event.</w:t>
      </w:r>
    </w:p>
    <w:p>
      <w:r>
        <w:rPr>
          <w:b w:val="0"/>
          <w:sz w:val="20"/>
        </w:rPr>
        <w:t>- Pay all amounts due according to the Payment Terms.</w:t>
      </w:r>
    </w:p>
    <w:p/>
    <w:p>
      <w:r>
        <w:rPr>
          <w:b/>
          <w:sz w:val="20"/>
        </w:rPr>
        <w:t>Liability and Indemnification:</w:t>
      </w:r>
    </w:p>
    <w:p>
      <w:r>
        <w:rPr>
          <w:b w:val="0"/>
          <w:sz w:val="20"/>
        </w:rPr>
        <w:t>The Floral Service Provider shall not be liable for any indirect, incidental, or consequential damages arising from the services provided.</w:t>
      </w:r>
    </w:p>
    <w:p>
      <w:r>
        <w:rPr>
          <w:b w:val="0"/>
          <w:sz w:val="20"/>
        </w:rPr>
        <w:t>Client agrees to indemnify and hold harmless the Floral Service Provider from any claims, damages, or expenses arising from Client’s negligence or failure to fulfill obligations under this Agreement.</w:t>
      </w:r>
    </w:p>
    <w:p/>
    <w:p>
      <w:r>
        <w:rPr>
          <w:b/>
          <w:sz w:val="20"/>
        </w:rPr>
        <w:t>Force Majeure:</w:t>
      </w:r>
    </w:p>
    <w:p>
      <w:r>
        <w:rPr>
          <w:b w:val="0"/>
          <w:sz w:val="20"/>
        </w:rPr>
        <w:t>Neither party shall be held liable for failure or delay in performance due to causes beyond their reasonable control, including but not limited to acts of God, natural disasters, war, terrorism, government restrictions, or other unforeseeable events.</w:t>
      </w:r>
    </w:p>
    <w:p/>
    <w:p>
      <w:r>
        <w:rPr>
          <w:b/>
          <w:sz w:val="20"/>
        </w:rPr>
        <w:t>Governing Law and Jurisdiction:</w:t>
      </w:r>
    </w:p>
    <w:p>
      <w:r>
        <w:rPr>
          <w:b w:val="0"/>
          <w:sz w:val="20"/>
        </w:rPr>
        <w:t>This Agreement shall be governed by and construed in accordance with the laws of the State of __________________, without regard to its conflict of law principles.</w:t>
      </w:r>
    </w:p>
    <w:p>
      <w:r>
        <w:rPr>
          <w:b w:val="0"/>
          <w:sz w:val="20"/>
        </w:rPr>
        <w:t>Any disputes arising under this Agreement shall be resolved exclusively in the state or federal courts located within __________________ County, __________________.</w:t>
      </w:r>
    </w:p>
    <w:p/>
    <w:p>
      <w:r>
        <w:rPr>
          <w:b/>
          <w:sz w:val="20"/>
        </w:rPr>
        <w:t>Entire Agreement:</w:t>
      </w:r>
    </w:p>
    <w:p>
      <w:r>
        <w:rPr>
          <w:b w:val="0"/>
          <w:sz w:val="20"/>
        </w:rPr>
        <w:t>This document constitutes the entire Agreement between the parties and supersedes all prior negotiations, understandings, and agreements, whether written or oral, relating to the subject matter herein.</w:t>
      </w:r>
    </w:p>
    <w:p/>
    <w:p>
      <w:r>
        <w:rPr>
          <w:b/>
          <w:sz w:val="20"/>
        </w:rPr>
        <w:t>Amendments:</w:t>
      </w:r>
    </w:p>
    <w:p>
      <w:r>
        <w:rPr>
          <w:b w:val="0"/>
          <w:sz w:val="20"/>
        </w:rPr>
        <w:t>Any amendments or modifications to this Agreement must be in writing and signed by both parties to be effective.</w:t>
      </w:r>
    </w:p>
    <w:p/>
    <w:p/>
    <w:p>
      <w:pPr>
        <w:jc w:val="center"/>
      </w:pPr>
      <w:r>
        <w:rPr>
          <w:b w:val="0"/>
          <w:sz w:val="20"/>
        </w:rPr>
        <w:t>IN WITNESS WHEREOF, the parties have executed this Wedding Floral Services Agreement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FLORAL 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https://contract247-us.com/wedding-floral-contract/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dding-flora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