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WEDDING OFFICIANT CONTRACT</w:t>
      </w:r>
    </w:p>
    <w:p/>
    <w:p>
      <w:r>
        <w:rPr>
          <w:b/>
          <w:sz w:val="20"/>
        </w:rPr>
        <w:t>This Wedding Officiant Contract ("Contract") is made and entered into by and between:</w:t>
      </w:r>
    </w:p>
    <w:p>
      <w:r>
        <w:rPr>
          <w:b/>
          <w:sz w:val="20"/>
        </w:rPr>
        <w:t>Officiant:</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Clients:</w:t>
      </w:r>
    </w:p>
    <w:p>
      <w:r>
        <w:rPr>
          <w:b w:val="0"/>
          <w:sz w:val="20"/>
        </w:rPr>
        <w:t>Full Name (Client 1): _____________________________________________________</w:t>
      </w:r>
    </w:p>
    <w:p>
      <w:r>
        <w:rPr>
          <w:b w:val="0"/>
          <w:sz w:val="20"/>
        </w:rPr>
        <w:t>Full Name (Client 2): 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RECITALS</w:t>
      </w:r>
    </w:p>
    <w:p>
      <w:r>
        <w:rPr>
          <w:b w:val="0"/>
          <w:sz w:val="20"/>
        </w:rPr>
        <w:t>WHEREAS, the Clients wish to engage the Officiant to perform their wedding ceremony;</w:t>
      </w:r>
    </w:p>
    <w:p>
      <w:r>
        <w:rPr>
          <w:b w:val="0"/>
          <w:sz w:val="20"/>
        </w:rPr>
        <w:t>WHEREAS, the Officiant agrees to provide such services under the terms and conditions set forth herein;</w:t>
      </w:r>
    </w:p>
    <w:p/>
    <w:p>
      <w:r>
        <w:rPr>
          <w:b/>
          <w:sz w:val="20"/>
        </w:rPr>
        <w:t>1. SERVICES PROVIDED</w:t>
      </w:r>
    </w:p>
    <w:p>
      <w:r>
        <w:rPr>
          <w:b w:val="0"/>
          <w:sz w:val="20"/>
        </w:rPr>
        <w:t>The Officiant agrees to provide the following services:</w:t>
      </w:r>
    </w:p>
    <w:p>
      <w:r>
        <w:rPr>
          <w:b w:val="0"/>
          <w:sz w:val="20"/>
        </w:rPr>
        <w:t>- Conduct the wedding ceremony as mutually agreed upon.</w:t>
      </w:r>
    </w:p>
    <w:p>
      <w:r>
        <w:rPr>
          <w:b w:val="0"/>
          <w:sz w:val="20"/>
        </w:rPr>
        <w:t>- Coordinate with Clients regarding the ceremony script, vows, and any special elements.</w:t>
      </w:r>
    </w:p>
    <w:p>
      <w:r>
        <w:rPr>
          <w:b w:val="0"/>
          <w:sz w:val="20"/>
        </w:rPr>
        <w:t>- Attend rehearsals if agreed upon by both parties.</w:t>
      </w:r>
    </w:p>
    <w:p>
      <w:r>
        <w:rPr>
          <w:b w:val="0"/>
          <w:sz w:val="20"/>
        </w:rPr>
        <w:t>- Ensure the legal solemnization of the marriage and complete all necessary documentation.</w:t>
      </w:r>
    </w:p>
    <w:p/>
    <w:p>
      <w:r>
        <w:rPr>
          <w:b/>
          <w:sz w:val="20"/>
        </w:rPr>
        <w:t>2. CEREMONY DETAILS</w:t>
      </w:r>
    </w:p>
    <w:p>
      <w:r>
        <w:rPr>
          <w:b w:val="0"/>
          <w:sz w:val="20"/>
        </w:rPr>
        <w:t>Date of Ceremony: ___________________________________________________________</w:t>
      </w:r>
    </w:p>
    <w:p>
      <w:r>
        <w:rPr>
          <w:b w:val="0"/>
          <w:sz w:val="20"/>
        </w:rPr>
        <w:t>Location of Ceremony: _______________________________________________________</w:t>
      </w:r>
    </w:p>
    <w:p>
      <w:r>
        <w:rPr>
          <w:b w:val="0"/>
          <w:sz w:val="20"/>
        </w:rPr>
        <w:t>Time of Ceremony: ___________________________________________________________</w:t>
      </w:r>
    </w:p>
    <w:p>
      <w:r>
        <w:rPr>
          <w:b w:val="0"/>
          <w:sz w:val="20"/>
        </w:rPr>
        <w:t>Type of Ceremony (e.g., religious, civil, symbolic): ___________________________</w:t>
      </w:r>
    </w:p>
    <w:p>
      <w:r>
        <w:rPr>
          <w:b w:val="0"/>
          <w:sz w:val="20"/>
        </w:rPr>
        <w:t>Number of Guests (approximate): _____________________________________________</w:t>
      </w:r>
    </w:p>
    <w:p/>
    <w:p>
      <w:r>
        <w:rPr>
          <w:b/>
          <w:sz w:val="20"/>
        </w:rPr>
        <w:t>3. COMPENSATION</w:t>
      </w:r>
    </w:p>
    <w:p>
      <w:r>
        <w:rPr>
          <w:b w:val="0"/>
          <w:sz w:val="20"/>
        </w:rPr>
        <w:t>The Clients agree to pay the Officiant a total fee of $_____________ USD for the services rendered under this Contract.</w:t>
      </w:r>
    </w:p>
    <w:p>
      <w:r>
        <w:rPr>
          <w:b w:val="0"/>
          <w:sz w:val="20"/>
        </w:rPr>
        <w:t>A deposit of $_____________ USD is due upon signing this Contract to secure the date.</w:t>
      </w:r>
    </w:p>
    <w:p>
      <w:r>
        <w:rPr>
          <w:b w:val="0"/>
          <w:sz w:val="20"/>
        </w:rPr>
        <w:t>The remaining balance of $_____________ USD shall be paid no later than ______________ before the ceremony.</w:t>
      </w:r>
    </w:p>
    <w:p>
      <w:r>
        <w:rPr>
          <w:b w:val="0"/>
          <w:sz w:val="20"/>
        </w:rPr>
        <w:t>Payments shall be made by (check one): ___________________________________________________________________</w:t>
      </w:r>
    </w:p>
    <w:p/>
    <w:p>
      <w:r>
        <w:rPr>
          <w:b/>
          <w:sz w:val="20"/>
        </w:rPr>
        <w:t>4. CANCELLATION AND REFUND POLICY</w:t>
      </w:r>
    </w:p>
    <w:p>
      <w:r>
        <w:rPr>
          <w:b w:val="0"/>
          <w:sz w:val="20"/>
        </w:rPr>
        <w:t>Either party may cancel this Contract by providing written notice to the other party.</w:t>
      </w:r>
    </w:p>
    <w:p>
      <w:r>
        <w:rPr>
          <w:b w:val="0"/>
          <w:sz w:val="20"/>
        </w:rPr>
        <w:t>If the Clients cancel less than 30 days before the ceremony, the deposit shall be non-refundable.</w:t>
      </w:r>
    </w:p>
    <w:p>
      <w:r>
        <w:rPr>
          <w:b w:val="0"/>
          <w:sz w:val="20"/>
        </w:rPr>
        <w:t>If the Officiant cancels, all payments received shall be fully refunded, and the Officiant shall use reasonable efforts to find a replacement.</w:t>
      </w:r>
    </w:p>
    <w:p/>
    <w:p>
      <w:r>
        <w:rPr>
          <w:b/>
          <w:sz w:val="20"/>
        </w:rPr>
        <w:t>5. RESPONSIBILITIES OF THE CLIENTS</w:t>
      </w:r>
    </w:p>
    <w:p>
      <w:r>
        <w:rPr>
          <w:b w:val="0"/>
          <w:sz w:val="20"/>
        </w:rPr>
        <w:t>- Provide accurate information regarding names, ceremony details, and any legal requirements.</w:t>
      </w:r>
    </w:p>
    <w:p>
      <w:r>
        <w:rPr>
          <w:b w:val="0"/>
          <w:sz w:val="20"/>
        </w:rPr>
        <w:t>- Obtain any necessary marriage licenses or permits required by applicable law prior to the ceremony.</w:t>
      </w:r>
    </w:p>
    <w:p>
      <w:r>
        <w:rPr>
          <w:b w:val="0"/>
          <w:sz w:val="20"/>
        </w:rPr>
        <w:t>- Ensure that the ceremony venue is properly prepared and accessible at the agreed time.</w:t>
      </w:r>
    </w:p>
    <w:p/>
    <w:p>
      <w:r>
        <w:rPr>
          <w:b/>
          <w:sz w:val="20"/>
        </w:rPr>
        <w:t>6. RESPONSIBILITIES OF THE OFFICIANT</w:t>
      </w:r>
    </w:p>
    <w:p>
      <w:r>
        <w:rPr>
          <w:b w:val="0"/>
          <w:sz w:val="20"/>
        </w:rPr>
        <w:t>- Perform the ceremony in a professional, respectful, and timely manner.</w:t>
      </w:r>
    </w:p>
    <w:p>
      <w:r>
        <w:rPr>
          <w:b w:val="0"/>
          <w:sz w:val="20"/>
        </w:rPr>
        <w:t>- Ensure compliance with all applicable local, state, and federal laws regarding marriage solemnization.</w:t>
      </w:r>
    </w:p>
    <w:p>
      <w:r>
        <w:rPr>
          <w:b w:val="0"/>
          <w:sz w:val="20"/>
        </w:rPr>
        <w:t>- Complete and return all required legal documents to the appropriate authorities promptly after the ceremony.</w:t>
      </w:r>
    </w:p>
    <w:p/>
    <w:p>
      <w:r>
        <w:rPr>
          <w:b/>
          <w:sz w:val="20"/>
        </w:rPr>
        <w:t>7. LEGAL COMPLIANCE</w:t>
      </w:r>
    </w:p>
    <w:p>
      <w:r>
        <w:rPr>
          <w:b w:val="0"/>
          <w:sz w:val="20"/>
        </w:rPr>
        <w:t>The Officiant represents that they are duly authorized and licensed under applicable laws of the United States to solemnize marriages.</w:t>
      </w:r>
    </w:p>
    <w:p>
      <w:r>
        <w:rPr>
          <w:b w:val="0"/>
          <w:sz w:val="20"/>
        </w:rPr>
        <w:t>The Clients affirm that they meet all legal requirements to enter into marriage and agree to provide valid identification upon request.</w:t>
      </w:r>
    </w:p>
    <w:p/>
    <w:p>
      <w:r>
        <w:rPr>
          <w:b/>
          <w:sz w:val="20"/>
        </w:rPr>
        <w:t>8. LIABILITY AND INDEMNIFICATION</w:t>
      </w:r>
    </w:p>
    <w:p>
      <w:r>
        <w:rPr>
          <w:b w:val="0"/>
          <w:sz w:val="20"/>
        </w:rPr>
        <w:t>The Officiant shall not be liable for any indirect, incidental, or consequential damages arising from the performance of services under this Contract.</w:t>
      </w:r>
    </w:p>
    <w:p>
      <w:r>
        <w:rPr>
          <w:b w:val="0"/>
          <w:sz w:val="20"/>
        </w:rPr>
        <w:t>Clients agree to indemnify and hold harmless the Officiant from any claims, damages, or liabilities arising out of the Clients' failure to comply with legal requirements or any misrepresentations.</w:t>
      </w:r>
    </w:p>
    <w:p/>
    <w:p>
      <w:r>
        <w:rPr>
          <w:b/>
          <w:sz w:val="20"/>
        </w:rPr>
        <w:t>9. FORCE MAJEURE</w:t>
      </w:r>
    </w:p>
    <w:p>
      <w:r>
        <w:rPr>
          <w:b w:val="0"/>
          <w:sz w:val="20"/>
        </w:rPr>
        <w:t>Neither party shall be held liable for failure or delay in performance due to causes beyond their reasonable control, including but not limited to acts of God, natural disasters, pandemics, governmental restrictions, or other emergencies.</w:t>
      </w:r>
    </w:p>
    <w:p/>
    <w:p>
      <w:r>
        <w:rPr>
          <w:b/>
          <w:sz w:val="20"/>
        </w:rPr>
        <w:t>10. ENTIRE AGREEMENT</w:t>
      </w:r>
    </w:p>
    <w:p>
      <w:r>
        <w:rPr>
          <w:b w:val="0"/>
          <w:sz w:val="20"/>
        </w:rPr>
        <w:t>This Contract constitutes the entire agreement between the parties and supersedes all prior discussions, agreements, or understandings of any kind.</w:t>
      </w:r>
    </w:p>
    <w:p/>
    <w:p>
      <w:r>
        <w:rPr>
          <w:b/>
          <w:sz w:val="20"/>
        </w:rPr>
        <w:t>11. AMENDMENTS</w:t>
      </w:r>
    </w:p>
    <w:p>
      <w:r>
        <w:rPr>
          <w:b w:val="0"/>
          <w:sz w:val="20"/>
        </w:rPr>
        <w:t>Any modifications or amendments to this Contract must be made in writing and signed by both parties to be valid.</w:t>
      </w:r>
    </w:p>
    <w:p/>
    <w:p>
      <w:r>
        <w:rPr>
          <w:b/>
          <w:sz w:val="20"/>
        </w:rPr>
        <w:t>12. GOVERNING LAW AND JURISDICTION</w:t>
      </w:r>
    </w:p>
    <w:p>
      <w:r>
        <w:rPr>
          <w:b w:val="0"/>
          <w:sz w:val="20"/>
        </w:rPr>
        <w:t>This Contract shall be governed by and construed in accordance with the laws of the State of ____________________.</w:t>
      </w:r>
    </w:p>
    <w:p>
      <w:r>
        <w:rPr>
          <w:b w:val="0"/>
          <w:sz w:val="20"/>
        </w:rPr>
        <w:t>Any disputes arising out of or relating to this Contract shall be resolved exclusively in the state or federal courts located in ____________________.</w:t>
      </w:r>
    </w:p>
    <w:p/>
    <w:p>
      <w:r>
        <w:rPr>
          <w:b/>
          <w:sz w:val="20"/>
        </w:rPr>
        <w:t>13. SEVERABILITY</w:t>
      </w:r>
    </w:p>
    <w:p>
      <w:r>
        <w:rPr>
          <w:b w:val="0"/>
          <w:sz w:val="20"/>
        </w:rPr>
        <w:t>If any provision of this Contract is found to be invalid or unenforceable, the remaining provisions shall remain in full force and effect.</w:t>
      </w:r>
    </w:p>
    <w:p/>
    <w:p>
      <w:r>
        <w:rPr>
          <w:b/>
          <w:sz w:val="20"/>
        </w:rPr>
        <w:t>IN WITNESS WHEREOF, the parties have executed this Wedding Officiant Contract as of the day and year agreed upon separately.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OFFICIANT</w:t>
            </w:r>
          </w:p>
        </w:tc>
        <w:tc>
          <w:tcPr>
            <w:tcW w:type="dxa" w:w="4986"/>
            <w:tcBorders>
              <w:top w:val="nil"/>
              <w:left w:val="nil"/>
              <w:bottom w:val="nil"/>
              <w:right w:val="nil"/>
              <w:insideH w:val="nil"/>
              <w:insideV w:val="nil"/>
            </w:tcBorders>
          </w:tcPr>
          <w:p>
            <w:pPr>
              <w:jc w:val="center"/>
            </w:pPr>
            <w:r>
              <w:t>CLIENTS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(Client 1):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(Client 1): ________________________________</w:t>
            </w:r>
          </w:p>
        </w:tc>
      </w:tr>
    </w:tbl>
    <w:p/>
    <w:p/>
    <w:p>
      <w:r>
        <w:rPr>
          <w:b/>
          <w:sz w:val="20"/>
        </w:rPr>
        <w:t>CLIENT 2</w:t>
      </w:r>
    </w:p>
    <w:p>
      <w:r>
        <w:rPr>
          <w:b w:val="0"/>
          <w:sz w:val="20"/>
        </w:rPr>
        <w:br/>
        <w:t>Signature: _________________________</w:t>
      </w:r>
    </w:p>
    <w:p>
      <w:r>
        <w:rPr>
          <w:b w:val="0"/>
          <w:sz w:val="20"/>
        </w:rPr>
        <w:t>Name: ________________________________</w:t>
      </w:r>
    </w:p>
    <w:p>
      <w:r>
        <w:br w:type="page"/>
      </w:r>
    </w:p>
    <w:p>
      <w:pPr>
        <w:jc w:val="center"/>
      </w:pPr>
      <w:r>
        <w:rPr>
          <w:color w:val="555555"/>
          <w:sz w:val="24"/>
        </w:rPr>
        <w:t>Original source of this document:</w:t>
      </w:r>
    </w:p>
    <w:p>
      <w:pPr>
        <w:jc w:val="center"/>
      </w:pPr>
      <w:hyperlink r:id="rId9">
        <w:r>
          <w:rPr>
            <w:color w:val="0000FF"/>
            <w:u w:val="single"/>
          </w:rPr>
          <w:t>https://contract247-us.com/wedding-officiant-contract/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dding-officia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