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WEDDING PHOTOGRAPHY SERVICES AGREEMENT</w:t>
      </w:r>
    </w:p>
    <w:p/>
    <w:p>
      <w:r>
        <w:rPr>
          <w:b/>
          <w:sz w:val="20"/>
        </w:rPr>
        <w:t>This Wedding Photography Services Agreement (the “Agreement”) is entered into by and between:</w:t>
      </w:r>
    </w:p>
    <w:p>
      <w:r>
        <w:rPr>
          <w:b w:val="0"/>
          <w:sz w:val="20"/>
        </w:rPr>
        <w:t>Photographer Name: 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p>
      <w:r>
        <w:rPr>
          <w:b w:val="0"/>
          <w:sz w:val="20"/>
        </w:rPr>
        <w:t>Client Name(s): _________________________________________________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p>
      <w:r>
        <w:rPr>
          <w:b/>
          <w:sz w:val="20"/>
        </w:rPr>
        <w:t>WHEREAS, the Client wishes to retain the services of the Photographer to provide wedding photography services; and</w:t>
      </w:r>
    </w:p>
    <w:p>
      <w:r>
        <w:rPr>
          <w:b w:val="0"/>
          <w:sz w:val="20"/>
        </w:rPr>
        <w:t>WHEREAS, the Photographer agrees to provide such services under the terms and conditions set forth below.</w:t>
      </w:r>
    </w:p>
    <w:p/>
    <w:p>
      <w:r>
        <w:rPr>
          <w:b/>
          <w:sz w:val="20"/>
        </w:rPr>
        <w:t>1. SERVICES TO BE PROVIDED</w:t>
      </w:r>
    </w:p>
    <w:p>
      <w:r>
        <w:rPr>
          <w:b w:val="0"/>
          <w:sz w:val="20"/>
        </w:rPr>
        <w:t>The Photographer agrees to provide professional wedding photography services as detailed in this Agreement, including but not limited to:</w:t>
      </w:r>
    </w:p>
    <w:p>
      <w:r>
        <w:rPr>
          <w:b w:val="0"/>
          <w:sz w:val="20"/>
        </w:rPr>
        <w:t>• Photography coverage of the wedding day as specified herein.</w:t>
      </w:r>
    </w:p>
    <w:p>
      <w:r>
        <w:rPr>
          <w:b w:val="0"/>
          <w:sz w:val="20"/>
        </w:rPr>
        <w:t>• Delivery of edited photographs as specified.</w:t>
      </w:r>
    </w:p>
    <w:p>
      <w:r>
        <w:rPr>
          <w:b w:val="0"/>
          <w:sz w:val="20"/>
        </w:rPr>
        <w:t>• Provision of agreed deliverables such as prints, albums, digital files, or online galleries.</w:t>
      </w:r>
    </w:p>
    <w:p/>
    <w:p>
      <w:r>
        <w:rPr>
          <w:b/>
          <w:sz w:val="20"/>
        </w:rPr>
        <w:t>2. EVENT DETAILS</w:t>
      </w:r>
    </w:p>
    <w:p>
      <w:r>
        <w:rPr>
          <w:b w:val="0"/>
          <w:sz w:val="20"/>
        </w:rPr>
        <w:t>Event Date: _______________________________________________</w:t>
      </w:r>
    </w:p>
    <w:p>
      <w:r>
        <w:rPr>
          <w:b w:val="0"/>
          <w:sz w:val="20"/>
        </w:rPr>
        <w:t>Event Location(s): ____________________________________________</w:t>
      </w:r>
    </w:p>
    <w:p>
      <w:r>
        <w:rPr>
          <w:b w:val="0"/>
          <w:sz w:val="20"/>
        </w:rPr>
        <w:t>Coverage Start Time: __________________ Coverage End Time: __________________</w:t>
      </w:r>
    </w:p>
    <w:p/>
    <w:p>
      <w:r>
        <w:rPr>
          <w:b/>
          <w:sz w:val="20"/>
        </w:rPr>
        <w:t>3. FEES AND PAYMENT</w:t>
      </w:r>
    </w:p>
    <w:p>
      <w:r>
        <w:rPr>
          <w:b w:val="0"/>
          <w:sz w:val="20"/>
        </w:rPr>
        <w:t>Total Fee: $____________________</w:t>
      </w:r>
    </w:p>
    <w:p>
      <w:r>
        <w:rPr>
          <w:b w:val="0"/>
          <w:sz w:val="20"/>
        </w:rPr>
        <w:t>A non-refundable deposit of $____________________ is due upon signing this Agreement to secure the date.</w:t>
      </w:r>
    </w:p>
    <w:p>
      <w:r>
        <w:rPr>
          <w:b w:val="0"/>
          <w:sz w:val="20"/>
        </w:rPr>
        <w:t>The remaining balance of $____________________ is due no later than ______________ prior to the Event Date.</w:t>
      </w:r>
    </w:p>
    <w:p>
      <w:r>
        <w:rPr>
          <w:b w:val="0"/>
          <w:sz w:val="20"/>
        </w:rPr>
        <w:t>Payments shall be made via: __________________________________________________</w:t>
      </w:r>
    </w:p>
    <w:p/>
    <w:p>
      <w:r>
        <w:rPr>
          <w:b/>
          <w:sz w:val="20"/>
        </w:rPr>
        <w:t>4. CANCELLATION AND REFUNDS</w:t>
      </w:r>
    </w:p>
    <w:p>
      <w:r>
        <w:rPr>
          <w:b w:val="0"/>
          <w:sz w:val="20"/>
        </w:rPr>
        <w:t>If the Client cancels this Agreement less than thirty (30) days before the Event Date, the Client remains responsible for full payment.</w:t>
      </w:r>
    </w:p>
    <w:p>
      <w:r>
        <w:rPr>
          <w:b w:val="0"/>
          <w:sz w:val="20"/>
        </w:rPr>
        <w:t>If the Photographer cancels for any reason, all monies paid by the Client will be promptly refunded.</w:t>
      </w:r>
    </w:p>
    <w:p>
      <w:r>
        <w:rPr>
          <w:b w:val="0"/>
          <w:sz w:val="20"/>
        </w:rPr>
        <w:t>The Photographer is not responsible for failure to perform due to events beyond their control including but not limited to natural disasters, illness, or acts of God.</w:t>
      </w:r>
    </w:p>
    <w:p/>
    <w:p>
      <w:r>
        <w:rPr>
          <w:b/>
          <w:sz w:val="20"/>
        </w:rPr>
        <w:t>5. DELIVERABLES AND DELIVERY TIMEFRAME</w:t>
      </w:r>
    </w:p>
    <w:p>
      <w:r>
        <w:rPr>
          <w:b w:val="0"/>
          <w:sz w:val="20"/>
        </w:rPr>
        <w:t>The Photographer will provide the Client with edited digital photographs via online gallery or USB drive within ______________ weeks after the Event Date.</w:t>
      </w:r>
    </w:p>
    <w:p>
      <w:r>
        <w:rPr>
          <w:b w:val="0"/>
          <w:sz w:val="20"/>
        </w:rPr>
        <w:t>Any physical prints, albums, or additional products will be delivered within the timeframe specified separately.</w:t>
      </w:r>
    </w:p>
    <w:p>
      <w:r>
        <w:rPr>
          <w:b w:val="0"/>
          <w:sz w:val="20"/>
        </w:rPr>
        <w:t>The Photographer reserves the right to use discretion in editing and selecting images.</w:t>
      </w:r>
    </w:p>
    <w:p/>
    <w:p>
      <w:r>
        <w:rPr>
          <w:b/>
          <w:sz w:val="20"/>
        </w:rPr>
        <w:t>6. COPYRIGHT AND USAGE RIGHTS</w:t>
      </w:r>
    </w:p>
    <w:p>
      <w:r>
        <w:rPr>
          <w:b w:val="0"/>
          <w:sz w:val="20"/>
        </w:rPr>
        <w:t>The Photographer retains all copyrights to the photographs produced under this Agreement.</w:t>
      </w:r>
    </w:p>
    <w:p>
      <w:r>
        <w:rPr>
          <w:b w:val="0"/>
          <w:sz w:val="20"/>
        </w:rPr>
        <w:t>The Client is granted a limited, non-exclusive license for personal use only, including printing and sharing with family and friends.</w:t>
      </w:r>
    </w:p>
    <w:p>
      <w:r>
        <w:rPr>
          <w:b w:val="0"/>
          <w:sz w:val="20"/>
        </w:rPr>
        <w:t>Commercial use, sale, or publication of the photographs without prior written consent from the Photographer is prohibited.</w:t>
      </w:r>
    </w:p>
    <w:p/>
    <w:p>
      <w:r>
        <w:rPr>
          <w:b/>
          <w:sz w:val="20"/>
        </w:rPr>
        <w:t>7. MODEL RELEASE</w:t>
      </w:r>
    </w:p>
    <w:p>
      <w:r>
        <w:rPr>
          <w:b w:val="0"/>
          <w:sz w:val="20"/>
        </w:rPr>
        <w:t>The Client grants the Photographer permission to use the photographs for promotional purposes including but not limited to portfolios, websites, marketing materials, and social media.</w:t>
      </w:r>
    </w:p>
    <w:p>
      <w:r>
        <w:rPr>
          <w:b w:val="0"/>
          <w:sz w:val="20"/>
        </w:rPr>
        <w:t>If the Client does not consent to such use, they must notify the Photographer in writing before the Event Date.</w:t>
      </w:r>
    </w:p>
    <w:p/>
    <w:p>
      <w:r>
        <w:rPr>
          <w:b/>
          <w:sz w:val="20"/>
        </w:rPr>
        <w:t>8. LIMITATIONS OF LIABILITY</w:t>
      </w:r>
    </w:p>
    <w:p>
      <w:r>
        <w:rPr>
          <w:b w:val="0"/>
          <w:sz w:val="20"/>
        </w:rPr>
        <w:t>The Photographer shall take all reasonable care in the provision of services but is not liable for circumstances beyond their control resulting in lost, corrupted, or missing images.</w:t>
      </w:r>
    </w:p>
    <w:p>
      <w:r>
        <w:rPr>
          <w:b w:val="0"/>
          <w:sz w:val="20"/>
        </w:rPr>
        <w:t>The Photographer’s total liability under this Agreement shall not exceed the total amount paid by the Client.</w:t>
      </w:r>
    </w:p>
    <w:p/>
    <w:p>
      <w:r>
        <w:rPr>
          <w:b/>
          <w:sz w:val="20"/>
        </w:rPr>
        <w:t>9. CLIENT RESPONSIBILITIES</w:t>
      </w:r>
    </w:p>
    <w:p>
      <w:r>
        <w:rPr>
          <w:b w:val="0"/>
          <w:sz w:val="20"/>
        </w:rPr>
        <w:t>The Client agrees to provide the Photographer with full access to the event venue(s) and cooperation necessary for the performance of services.</w:t>
      </w:r>
    </w:p>
    <w:p>
      <w:r>
        <w:rPr>
          <w:b w:val="0"/>
          <w:sz w:val="20"/>
        </w:rPr>
        <w:t>The Client is responsible for obtaining any permits or permissions required for photography at the event location(s).</w:t>
      </w:r>
    </w:p>
    <w:p/>
    <w:p>
      <w:r>
        <w:rPr>
          <w:b/>
          <w:sz w:val="20"/>
        </w:rPr>
        <w:t>10. FORCE MAJEURE</w:t>
      </w:r>
    </w:p>
    <w:p>
      <w:r>
        <w:rPr>
          <w:b w:val="0"/>
          <w:sz w:val="20"/>
        </w:rPr>
        <w:t>Neither party shall be held liable for failure or delay in performance if caused by circumstances beyond reasonable control including but not limited to acts of God, war, terrorism, government restrictions, or other emergencies.</w:t>
      </w:r>
    </w:p>
    <w:p/>
    <w:p>
      <w:r>
        <w:rPr>
          <w:b/>
          <w:sz w:val="20"/>
        </w:rPr>
        <w:t>11. ENTIRE AGREEMENT</w:t>
      </w:r>
    </w:p>
    <w:p>
      <w:r>
        <w:rPr>
          <w:b w:val="0"/>
          <w:sz w:val="20"/>
        </w:rPr>
        <w:t>This Agreement constitutes the entire understanding between the parties and supersedes all prior agreements, representations, or communications.</w:t>
      </w:r>
    </w:p>
    <w:p>
      <w:r>
        <w:rPr>
          <w:b w:val="0"/>
          <w:sz w:val="20"/>
        </w:rPr>
        <w:t>Any modifications to this Agreement must be made in writing and signed by both parties.</w:t>
      </w:r>
    </w:p>
    <w:p/>
    <w:p>
      <w:r>
        <w:rPr>
          <w:b/>
          <w:sz w:val="20"/>
        </w:rPr>
        <w:t>12. GOVERNING LAW</w:t>
      </w:r>
    </w:p>
    <w:p>
      <w:r>
        <w:rPr>
          <w:b w:val="0"/>
          <w:sz w:val="20"/>
        </w:rPr>
        <w:t>This Agreement shall be governed by and construed in accordance with the laws of the United States and the state where the services are performed.</w:t>
      </w:r>
    </w:p>
    <w:p/>
    <w:p>
      <w:r>
        <w:rPr>
          <w:b/>
          <w:sz w:val="20"/>
        </w:rPr>
        <w:t>13. DISPUTE RESOLUTION</w:t>
      </w:r>
    </w:p>
    <w:p>
      <w:r>
        <w:rPr>
          <w:b w:val="0"/>
          <w:sz w:val="20"/>
        </w:rPr>
        <w:t>Any dispute arising from or relating to this Agreement shall first be subject to good faith negotiations between the parties.</w:t>
      </w:r>
    </w:p>
    <w:p>
      <w:r>
        <w:rPr>
          <w:b w:val="0"/>
          <w:sz w:val="20"/>
        </w:rPr>
        <w:t>If unresolved, disputes shall be submitted to binding arbitration in accordance with the rules of the American Arbitration Association or equivalent local arbitration body.</w:t>
      </w:r>
    </w:p>
    <w:p/>
    <w:p/>
    <w:p/>
    <w:p>
      <w:r>
        <w:rPr>
          <w:b/>
          <w:sz w:val="20"/>
        </w:rPr>
        <w:t>IN WITNESS WHEREOF, the parties have executed this Agreement as of the dates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PHOTOGRAPHER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 Name: ___________________________</w:t>
            </w:r>
          </w:p>
        </w:tc>
        <w:tc>
          <w:tcPr>
            <w:tcW w:type="dxa" w:w="4986"/>
            <w:tcBorders>
              <w:top w:val="nil"/>
              <w:left w:val="nil"/>
              <w:bottom w:val="nil"/>
              <w:right w:val="nil"/>
              <w:insideH w:val="nil"/>
              <w:insideV w:val="nil"/>
            </w:tcBorders>
          </w:tcPr>
          <w:p>
            <w:pPr>
              <w:jc w:val="center"/>
            </w:pPr>
            <w:r>
              <w:t>Print Name: 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https://contract247-us.com/wedding-photography-contract/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dding-photograph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