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WEDDING VIDEOGRAPHY SERVICES AGREEMENT</w:t>
      </w:r>
    </w:p>
    <w:p/>
    <w:p>
      <w:r>
        <w:rPr>
          <w:b w:val="0"/>
          <w:sz w:val="20"/>
        </w:rPr>
        <w:t>This Wedding Videography Services Agreement ("Agreement") is entered into by and between the following parties:</w:t>
      </w:r>
    </w:p>
    <w:p/>
    <w:p>
      <w:r>
        <w:rPr>
          <w:b/>
          <w:sz w:val="20"/>
        </w:rPr>
        <w:t>Client Information:</w:t>
      </w:r>
    </w:p>
    <w:p>
      <w:r>
        <w:rPr>
          <w:b w:val="0"/>
          <w:sz w:val="20"/>
        </w:rPr>
        <w:t>Full Name(s):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w:t>
      </w:r>
    </w:p>
    <w:p/>
    <w:p>
      <w:r>
        <w:rPr>
          <w:b/>
          <w:sz w:val="20"/>
        </w:rPr>
        <w:t>Videographer Information:</w:t>
      </w:r>
    </w:p>
    <w:p>
      <w:r>
        <w:rPr>
          <w:b w:val="0"/>
          <w:sz w:val="20"/>
        </w:rPr>
        <w:t>Name/Company: 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w:t>
      </w:r>
    </w:p>
    <w:p/>
    <w:p/>
    <w:p>
      <w:pPr>
        <w:jc w:val="center"/>
      </w:pPr>
      <w:r>
        <w:rPr>
          <w:b/>
          <w:sz w:val="20"/>
        </w:rPr>
        <w:t>RECITALS</w:t>
      </w:r>
    </w:p>
    <w:p/>
    <w:p>
      <w:r>
        <w:rPr>
          <w:b w:val="0"/>
          <w:sz w:val="20"/>
        </w:rPr>
        <w:t>WHEREAS, the Client desires to engage the Videographer to provide videography services for their wedding event;</w:t>
      </w:r>
    </w:p>
    <w:p>
      <w:r>
        <w:rPr>
          <w:b w:val="0"/>
          <w:sz w:val="20"/>
        </w:rPr>
        <w:t>WHEREAS, the Videographer agrees to provide such services under the terms and conditions set forth in this Agreement;</w:t>
      </w:r>
    </w:p>
    <w:p/>
    <w:p>
      <w:r>
        <w:rPr>
          <w:b/>
          <w:sz w:val="20"/>
        </w:rPr>
        <w:t>1. ENGAGEMENT AND SCOPE OF SERVICES</w:t>
      </w:r>
    </w:p>
    <w:p>
      <w:r>
        <w:rPr>
          <w:b w:val="0"/>
          <w:sz w:val="20"/>
        </w:rPr>
        <w:t>The Client hereby engages the Videographer to provide wedding videography services ("Services") as described in this Agreement. The Services shall include, but are not limited to, filming the wedding ceremony, reception, and other agreed events, editing, and delivery of the final video product(s). Specific details of the Services are as follows:</w:t>
      </w:r>
    </w:p>
    <w:p>
      <w:r>
        <w:rPr>
          <w:b w:val="0"/>
          <w:sz w:val="20"/>
        </w:rPr>
        <w:t>- Coverage Date: ___________________________________________________________</w:t>
      </w:r>
    </w:p>
    <w:p>
      <w:r>
        <w:rPr>
          <w:b w:val="0"/>
          <w:sz w:val="20"/>
        </w:rPr>
        <w:t>- Event Location(s): _______________________________________________________</w:t>
      </w:r>
    </w:p>
    <w:p>
      <w:r>
        <w:rPr>
          <w:b w:val="0"/>
          <w:sz w:val="20"/>
        </w:rPr>
        <w:t>- Hours of Coverage: _______________________________________________________</w:t>
      </w:r>
    </w:p>
    <w:p>
      <w:r>
        <w:rPr>
          <w:b w:val="0"/>
          <w:sz w:val="20"/>
        </w:rPr>
        <w:t>- Deliverables (e.g., highlight reel, full ceremony, raw footage): ______________</w:t>
      </w:r>
    </w:p>
    <w:p>
      <w:r>
        <w:rPr>
          <w:b w:val="0"/>
          <w:sz w:val="20"/>
        </w:rPr>
        <w:t>- Delivery Format(s) (e.g., digital file, DVD, USB drive): _____________________</w:t>
      </w:r>
    </w:p>
    <w:p/>
    <w:p>
      <w:r>
        <w:rPr>
          <w:b/>
          <w:sz w:val="20"/>
        </w:rPr>
        <w:t>2. PAYMENT TERMS</w:t>
      </w:r>
    </w:p>
    <w:p>
      <w:r>
        <w:rPr>
          <w:b w:val="0"/>
          <w:sz w:val="20"/>
        </w:rPr>
        <w:t>The total fee for the Services is $________________. A non-refundable deposit of $________________ is due upon signing this Agreement to secure the date. The remaining balance of $________________ is due no later than __________ days before the event date.</w:t>
      </w:r>
    </w:p>
    <w:p>
      <w:r>
        <w:rPr>
          <w:b w:val="0"/>
          <w:sz w:val="20"/>
        </w:rPr>
        <w:t>Payments shall be made by the following methods: _______________________________</w:t>
      </w:r>
    </w:p>
    <w:p/>
    <w:p>
      <w:r>
        <w:rPr>
          <w:b/>
          <w:sz w:val="20"/>
        </w:rPr>
        <w:t>3. CANCELLATION AND RESCHEDULING</w:t>
      </w:r>
    </w:p>
    <w:p>
      <w:r>
        <w:rPr>
          <w:b w:val="0"/>
          <w:sz w:val="20"/>
        </w:rPr>
        <w:t>Client may cancel or reschedule the Services by providing written notice to the Videographer. The deposit is non-refundable. If the Client cancels less than __________ days before the event, the full fee is due. Rescheduling is subject to Videographer’s availability and may require additional fees.</w:t>
      </w:r>
    </w:p>
    <w:p/>
    <w:p>
      <w:r>
        <w:rPr>
          <w:b/>
          <w:sz w:val="20"/>
        </w:rPr>
        <w:t>4. CLIENT RESPONSIBILITIES AND COOPERATION</w:t>
      </w:r>
    </w:p>
    <w:p>
      <w:r>
        <w:rPr>
          <w:b w:val="0"/>
          <w:sz w:val="20"/>
        </w:rPr>
        <w:t>The Client agrees to provide accurate event information, access to the venue(s), and cooperation with the Videographer to enable the proper performance of the Services. The Client shall obtain any necessary permissions for filming at the event locations.</w:t>
      </w:r>
    </w:p>
    <w:p/>
    <w:p>
      <w:r>
        <w:rPr>
          <w:b/>
          <w:sz w:val="20"/>
        </w:rPr>
        <w:t>5. VIDEOGRAPHER'S OBLIGATIONS</w:t>
      </w:r>
    </w:p>
    <w:p>
      <w:r>
        <w:rPr>
          <w:b w:val="0"/>
          <w:sz w:val="20"/>
        </w:rPr>
        <w:t>The Videographer shall perform the Services professionally, using appropriate equipment and industry standards. The Videographer reserves the right to use discretion in filming and editing but will make reasonable efforts to accommodate Client’s requests.</w:t>
      </w:r>
    </w:p>
    <w:p/>
    <w:p>
      <w:r>
        <w:rPr>
          <w:b/>
          <w:sz w:val="20"/>
        </w:rPr>
        <w:t>6. DELIVERABLES AND DELIVERY TIME</w:t>
      </w:r>
    </w:p>
    <w:p>
      <w:r>
        <w:rPr>
          <w:b w:val="0"/>
          <w:sz w:val="20"/>
        </w:rPr>
        <w:t>The Videographer will deliver the final edited video(s) in the agreed format(s) within __________ weeks following the event date. Delivery will be made electronically or by physical media as specified.</w:t>
      </w:r>
    </w:p>
    <w:p/>
    <w:p>
      <w:r>
        <w:rPr>
          <w:b/>
          <w:sz w:val="20"/>
        </w:rPr>
        <w:t>7. OWNERSHIP AND USAGE RIGHTS</w:t>
      </w:r>
    </w:p>
    <w:p>
      <w:r>
        <w:rPr>
          <w:b w:val="0"/>
          <w:sz w:val="20"/>
        </w:rPr>
        <w:t>The Videographer retains all copyrights to the video materials created. Upon full payment, the Client is granted a non-exclusive, personal use license to view and share the videos. Any commercial use, public exhibition, or reproduction beyond personal use requires the Videographer’s prior written consent.</w:t>
      </w:r>
    </w:p>
    <w:p/>
    <w:p>
      <w:r>
        <w:rPr>
          <w:b/>
          <w:sz w:val="20"/>
        </w:rPr>
        <w:t>8. CLIENT-PROVIDED MATERIALS</w:t>
      </w:r>
    </w:p>
    <w:p>
      <w:r>
        <w:rPr>
          <w:b w:val="0"/>
          <w:sz w:val="20"/>
        </w:rPr>
        <w:t>If the Client provides any materials (photos, music, footage) for inclusion, the Client warrants that they have the rights to use such materials and indemnifies the Videographer against any claims arising from their use.</w:t>
      </w:r>
    </w:p>
    <w:p/>
    <w:p>
      <w:r>
        <w:rPr>
          <w:b/>
          <w:sz w:val="20"/>
        </w:rPr>
        <w:t>9. LIMITATION OF LIABILITY</w:t>
      </w:r>
    </w:p>
    <w:p>
      <w:r>
        <w:rPr>
          <w:b w:val="0"/>
          <w:sz w:val="20"/>
        </w:rPr>
        <w:t>The Videographer shall not be liable for any indirect, consequential, or incidental damages arising out of or in connection with the Services. In no event shall the Videographer’s total liability exceed the amount paid by the Client under this Agreement.</w:t>
      </w:r>
    </w:p>
    <w:p/>
    <w:p>
      <w:r>
        <w:rPr>
          <w:b/>
          <w:sz w:val="20"/>
        </w:rPr>
        <w:t>10. FORCE MAJEURE</w:t>
      </w:r>
    </w:p>
    <w:p>
      <w:r>
        <w:rPr>
          <w:b w:val="0"/>
          <w:sz w:val="20"/>
        </w:rPr>
        <w:t>Neither party shall be liable for failure to perform obligations due to causes beyond their reasonable control, including but not limited to acts of God, government restrictions, natural disasters, or other emergencies.</w:t>
      </w:r>
    </w:p>
    <w:p/>
    <w:p>
      <w:r>
        <w:rPr>
          <w:b/>
          <w:sz w:val="20"/>
        </w:rPr>
        <w:t>11. INDEMNIFICATION</w:t>
      </w:r>
    </w:p>
    <w:p>
      <w:r>
        <w:rPr>
          <w:b w:val="0"/>
          <w:sz w:val="20"/>
        </w:rPr>
        <w:t>The Client agrees to indemnify, defend, and hold harmless the Videographer from any claims, damages, liabilities, or expenses arising out of the Client’s breach of this Agreement or misuse of the delivered video materials.</w:t>
      </w:r>
    </w:p>
    <w:p/>
    <w:p>
      <w:r>
        <w:rPr>
          <w:b/>
          <w:sz w:val="20"/>
        </w:rPr>
        <w:t>12. INDEPENDENT CONTRACTOR</w:t>
      </w:r>
    </w:p>
    <w:p>
      <w:r>
        <w:rPr>
          <w:b w:val="0"/>
          <w:sz w:val="20"/>
        </w:rPr>
        <w:t>The Videographer is an independent contractor and not an employee or agent of the Client. Nothing in this Agreement creates a partnership, joint venture, or employment relationship.</w:t>
      </w:r>
    </w:p>
    <w:p/>
    <w:p>
      <w:r>
        <w:rPr>
          <w:b/>
          <w:sz w:val="20"/>
        </w:rPr>
        <w:t>13. GOVERNING LAW AND JURISDICTION</w:t>
      </w:r>
    </w:p>
    <w:p>
      <w:r>
        <w:rPr>
          <w:b w:val="0"/>
          <w:sz w:val="20"/>
        </w:rPr>
        <w:t>This Agreement shall be governed by and construed in accordance with the laws of the State of ____________________. Any disputes arising shall be resolved exclusively in the state or federal courts located within said state.</w:t>
      </w:r>
    </w:p>
    <w:p/>
    <w:p>
      <w:r>
        <w:rPr>
          <w:b/>
          <w:sz w:val="20"/>
        </w:rPr>
        <w:t>14. ENTIRE AGREEMENT</w:t>
      </w:r>
    </w:p>
    <w:p>
      <w:r>
        <w:rPr>
          <w:b w:val="0"/>
          <w:sz w:val="20"/>
        </w:rPr>
        <w:t>This Agreement constitutes the entire understanding between the parties and supersedes all prior agreements, negotiations, and understandings, whether written or oral. Amendments must be made in writing and signed by both parties.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VIDEOGRAPHER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https://contract247-us.com/wedding-videography-contract/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wedding-videograph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