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WHOLESALE REAL ESTATE ASSIGNMENT CONTRACT</w:t>
      </w:r>
    </w:p>
    <w:p/>
    <w:p>
      <w:r>
        <w:rPr>
          <w:b/>
          <w:sz w:val="20"/>
        </w:rPr>
        <w:t>Assignor Information:</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Assignee Information:</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Property Description:</w:t>
      </w:r>
    </w:p>
    <w:p>
      <w:r>
        <w:rPr>
          <w:b w:val="0"/>
          <w:sz w:val="20"/>
        </w:rPr>
        <w:t>Property Address: ______________________________________________________</w:t>
      </w:r>
    </w:p>
    <w:p>
      <w:r>
        <w:rPr>
          <w:b w:val="0"/>
          <w:sz w:val="20"/>
        </w:rPr>
        <w:t>Legal Description: ______________________________________________________</w:t>
      </w:r>
    </w:p>
    <w:p>
      <w:r>
        <w:rPr>
          <w:b w:val="0"/>
          <w:sz w:val="20"/>
        </w:rPr>
        <w:t>Parcel Number / Tax ID: ________________________________________________</w:t>
      </w:r>
    </w:p>
    <w:p>
      <w:r>
        <w:rPr>
          <w:b w:val="0"/>
          <w:sz w:val="20"/>
        </w:rPr>
        <w:t>Type of Property: ______________________________________________________</w:t>
      </w:r>
    </w:p>
    <w:p/>
    <w:p>
      <w:r>
        <w:rPr>
          <w:b/>
          <w:sz w:val="20"/>
        </w:rPr>
        <w:t>Original Purchase Contract Information:</w:t>
      </w:r>
    </w:p>
    <w:p>
      <w:r>
        <w:rPr>
          <w:b w:val="0"/>
          <w:sz w:val="20"/>
        </w:rPr>
        <w:t>Seller of Property: ____________________________________________________</w:t>
      </w:r>
    </w:p>
    <w:p>
      <w:r>
        <w:rPr>
          <w:b w:val="0"/>
          <w:sz w:val="20"/>
        </w:rPr>
        <w:t>Contract Date: _________________________________________________________</w:t>
      </w:r>
    </w:p>
    <w:p>
      <w:r>
        <w:rPr>
          <w:b w:val="0"/>
          <w:sz w:val="20"/>
        </w:rPr>
        <w:t>Purchase Price: ________________________________________________________ USD</w:t>
      </w:r>
    </w:p>
    <w:p>
      <w:r>
        <w:rPr>
          <w:b w:val="0"/>
          <w:sz w:val="20"/>
        </w:rPr>
        <w:t>Closing Date: __________________________________________________________</w:t>
      </w:r>
    </w:p>
    <w:p/>
    <w:p>
      <w:r>
        <w:rPr>
          <w:b/>
          <w:sz w:val="20"/>
        </w:rPr>
        <w:t>Assignment Terms:</w:t>
      </w:r>
    </w:p>
    <w:p>
      <w:r>
        <w:rPr>
          <w:b w:val="0"/>
          <w:sz w:val="20"/>
        </w:rPr>
        <w:t>1. Assignment of Rights and Interests</w:t>
      </w:r>
    </w:p>
    <w:p>
      <w:r>
        <w:rPr>
          <w:b w:val="0"/>
          <w:sz w:val="20"/>
        </w:rPr>
        <w:t>The Assignor hereby assigns, transfers, and conveys to the Assignee all rights, title, and interest in and to the Original Purchase Contract described above, including any deposits made, contingencies, and rights to purchase the Property, subject to the terms and conditions herein.</w:t>
      </w:r>
    </w:p>
    <w:p/>
    <w:p>
      <w:r>
        <w:rPr>
          <w:b w:val="0"/>
          <w:sz w:val="20"/>
        </w:rPr>
        <w:t>2. Assignment Consideration</w:t>
      </w:r>
    </w:p>
    <w:p>
      <w:r>
        <w:rPr>
          <w:b w:val="0"/>
          <w:sz w:val="20"/>
        </w:rPr>
        <w:t>The Assignee agrees to pay the Assignor an assignment fee of $__________________ (the “Assignment Fee”), payable as follows:</w:t>
      </w:r>
    </w:p>
    <w:p>
      <w:r>
        <w:rPr>
          <w:b w:val="0"/>
          <w:sz w:val="20"/>
        </w:rPr>
        <w:t>- Amount paid upon execution of this Assignment Contract: $__________________</w:t>
      </w:r>
    </w:p>
    <w:p>
      <w:r>
        <w:rPr>
          <w:b w:val="0"/>
          <w:sz w:val="20"/>
        </w:rPr>
        <w:t>- Remaining balance payable at Closing: $__________________</w:t>
      </w:r>
    </w:p>
    <w:p/>
    <w:p>
      <w:r>
        <w:rPr>
          <w:b w:val="0"/>
          <w:sz w:val="20"/>
        </w:rPr>
        <w:t>3. Deposit</w:t>
      </w:r>
    </w:p>
    <w:p>
      <w:r>
        <w:rPr>
          <w:b w:val="0"/>
          <w:sz w:val="20"/>
        </w:rPr>
        <w:t>The Assignor has deposited with the Original Seller the sum of $__________________ as earnest money or good faith deposit under the Original Purchase Contract. The Assignor authorizes the Assignee to assume all rights to this deposit upon execution of this Assignment Contract.</w:t>
      </w:r>
    </w:p>
    <w:p/>
    <w:p>
      <w:r>
        <w:rPr>
          <w:b w:val="0"/>
          <w:sz w:val="20"/>
        </w:rPr>
        <w:t>4. Closing</w:t>
      </w:r>
    </w:p>
    <w:p>
      <w:r>
        <w:rPr>
          <w:b w:val="0"/>
          <w:sz w:val="20"/>
        </w:rPr>
        <w:t>The closing of the purchase and sale of the Property (the “Closing”) shall occur on or before the Closing Date specified in the Original Purchase Contract, or as mutually agreed in writing by the parties. The Assignee shall assume all obligations related to the Closing.</w:t>
      </w:r>
    </w:p>
    <w:p/>
    <w:p>
      <w:r>
        <w:rPr>
          <w:b w:val="0"/>
          <w:sz w:val="20"/>
        </w:rPr>
        <w:t>5. Representations and Warranties</w:t>
      </w:r>
    </w:p>
    <w:p>
      <w:r>
        <w:rPr>
          <w:b w:val="0"/>
          <w:sz w:val="20"/>
        </w:rPr>
        <w:t>a. Assignor represents and warrants that:</w:t>
      </w:r>
    </w:p>
    <w:p>
      <w:r>
        <w:rPr>
          <w:b w:val="0"/>
          <w:sz w:val="20"/>
        </w:rPr>
        <w:t>- The Original Purchase Contract is valid, binding, and enforceable.</w:t>
      </w:r>
    </w:p>
    <w:p>
      <w:r>
        <w:rPr>
          <w:b w:val="0"/>
          <w:sz w:val="20"/>
        </w:rPr>
        <w:t>- No defaults exist under the Original Purchase Contract.</w:t>
      </w:r>
    </w:p>
    <w:p>
      <w:r>
        <w:rPr>
          <w:b w:val="0"/>
          <w:sz w:val="20"/>
        </w:rPr>
        <w:t>- Assignor has full authority to assign their rights and interests.</w:t>
      </w:r>
    </w:p>
    <w:p>
      <w:r>
        <w:rPr>
          <w:b w:val="0"/>
          <w:sz w:val="20"/>
        </w:rPr>
        <w:t>b. Assignee represents and warrants that:</w:t>
      </w:r>
    </w:p>
    <w:p>
      <w:r>
        <w:rPr>
          <w:b w:val="0"/>
          <w:sz w:val="20"/>
        </w:rPr>
        <w:t>- Assignee has the financial ability and intent to complete the purchase under the Original Purchase Contract.</w:t>
      </w:r>
    </w:p>
    <w:p/>
    <w:p>
      <w:r>
        <w:rPr>
          <w:b w:val="0"/>
          <w:sz w:val="20"/>
        </w:rPr>
        <w:t>6. Contingencies</w:t>
      </w:r>
    </w:p>
    <w:p>
      <w:r>
        <w:rPr>
          <w:b w:val="0"/>
          <w:sz w:val="20"/>
        </w:rPr>
        <w:t>This Assignment Contract is contingent upon the Assignee’s satisfaction of all due diligence and approval of the Property within ________ days after execution. If the Assignee elects to terminate this Assignment Contract within this period, the Assignor shall return any Assignment Fee paid, less reasonable expenses incurred.</w:t>
      </w:r>
    </w:p>
    <w:p/>
    <w:p>
      <w:r>
        <w:rPr>
          <w:b w:val="0"/>
          <w:sz w:val="20"/>
        </w:rPr>
        <w:t>7. Default and Remedies</w:t>
      </w:r>
    </w:p>
    <w:p>
      <w:r>
        <w:rPr>
          <w:b w:val="0"/>
          <w:sz w:val="20"/>
        </w:rPr>
        <w:t>a. If Assignee defaults in performance under this Assignment Contract, Assignor may retain the Assignment Fee as liquidated damages and terminate this Agreement.</w:t>
      </w:r>
    </w:p>
    <w:p>
      <w:r>
        <w:rPr>
          <w:b w:val="0"/>
          <w:sz w:val="20"/>
        </w:rPr>
        <w:t>b. If Assignor defaults, the Assignee may seek specific performance, damages, or terminate this Agreement and recover all deposits and fees paid.</w:t>
      </w:r>
    </w:p>
    <w:p/>
    <w:p>
      <w:r>
        <w:rPr>
          <w:b w:val="0"/>
          <w:sz w:val="20"/>
        </w:rPr>
        <w:t>8. Indemnification</w:t>
      </w:r>
    </w:p>
    <w:p>
      <w:r>
        <w:rPr>
          <w:b w:val="0"/>
          <w:sz w:val="20"/>
        </w:rPr>
        <w:t>Both parties agree to indemnify, defend, and hold harmless the other party from any claims, damages, losses, or liabilities arising out of any breach of this Assignment Contract or misrepresentations herein.</w:t>
      </w:r>
    </w:p>
    <w:p/>
    <w:p>
      <w:r>
        <w:rPr>
          <w:b w:val="0"/>
          <w:sz w:val="20"/>
        </w:rPr>
        <w:t>9. Confidentiality</w:t>
      </w:r>
    </w:p>
    <w:p>
      <w:r>
        <w:rPr>
          <w:b w:val="0"/>
          <w:sz w:val="20"/>
        </w:rPr>
        <w:t>The parties agree to keep all terms, conditions, and information related to this Assignment Contract strictly confidential, except as required by law or agreed in writing.</w:t>
      </w:r>
    </w:p>
    <w:p/>
    <w:p>
      <w:r>
        <w:rPr>
          <w:b w:val="0"/>
          <w:sz w:val="20"/>
        </w:rPr>
        <w:t>10. Governing Law and Venue</w:t>
      </w:r>
    </w:p>
    <w:p>
      <w:r>
        <w:rPr>
          <w:b w:val="0"/>
          <w:sz w:val="20"/>
        </w:rPr>
        <w:t>This Assignment Contract shall be governed by and construed in accordance with the laws of the State of ____________________, without regard to conflict of laws principles. Venue for any disputes shall lie exclusively in the courts of ____________________ County, State of ____________________.</w:t>
      </w:r>
    </w:p>
    <w:p/>
    <w:p>
      <w:r>
        <w:rPr>
          <w:b w:val="0"/>
          <w:sz w:val="20"/>
        </w:rPr>
        <w:t>11. Entire Agreement</w:t>
      </w:r>
    </w:p>
    <w:p>
      <w:r>
        <w:rPr>
          <w:b w:val="0"/>
          <w:sz w:val="20"/>
        </w:rPr>
        <w:t>This Assignment Contract constitutes the entire agreement between Assignor and Assignee with respect to the subject matter and supersedes all prior negotiations, representations, or agreements, whether written or oral.</w:t>
      </w:r>
    </w:p>
    <w:p/>
    <w:p>
      <w:r>
        <w:rPr>
          <w:b w:val="0"/>
          <w:sz w:val="20"/>
        </w:rPr>
        <w:t>12. Amendments</w:t>
      </w:r>
    </w:p>
    <w:p>
      <w:r>
        <w:rPr>
          <w:b w:val="0"/>
          <w:sz w:val="20"/>
        </w:rPr>
        <w:t>Any amendments or modifications to this Assignment Contract must be in writing and signed by both parties.</w:t>
      </w:r>
    </w:p>
    <w:p/>
    <w:p>
      <w:r>
        <w:rPr>
          <w:b w:val="0"/>
          <w:sz w:val="20"/>
        </w:rPr>
        <w:t>13. Notices</w:t>
      </w:r>
    </w:p>
    <w:p>
      <w:r>
        <w:rPr>
          <w:b w:val="0"/>
          <w:sz w:val="20"/>
        </w:rPr>
        <w:t>All notices under this Assignment Contract shall be in writing and delivered by personal delivery, certified mail (return receipt requested), or a reputable overnight courier service to the addresses provided above or such other addresses as may be designated in writing.</w:t>
      </w:r>
    </w:p>
    <w:p/>
    <w:p>
      <w:r>
        <w:rPr>
          <w:b w:val="0"/>
          <w:sz w:val="20"/>
        </w:rPr>
        <w:t>14. Assignment and Binding Effect</w:t>
      </w:r>
    </w:p>
    <w:p>
      <w:r>
        <w:rPr>
          <w:b w:val="0"/>
          <w:sz w:val="20"/>
        </w:rPr>
        <w:t>Assignee may not assign or transfer its rights or obligations under this Assignment Contract without prior written consent of Assignor. This Assignment Contract shall be binding upon and inure to the benefit of the parties and their respective successors and permitted assigns.</w:t>
      </w:r>
    </w:p>
    <w:p/>
    <w:p>
      <w:r>
        <w:rPr>
          <w:b w:val="0"/>
          <w:sz w:val="20"/>
        </w:rPr>
        <w:t>15. No Waiver</w:t>
      </w:r>
    </w:p>
    <w:p>
      <w:r>
        <w:rPr>
          <w:b w:val="0"/>
          <w:sz w:val="20"/>
        </w:rPr>
        <w:t>No failure or delay by either party in exercising any right, power, or remedy under this Assignment Contract shall operate as a waiver thereof, nor shall any single or partial exercise preclude any other or further exercise.</w:t>
      </w:r>
    </w:p>
    <w:p/>
    <w:p>
      <w:r>
        <w:rPr>
          <w:b w:val="0"/>
          <w:sz w:val="20"/>
        </w:rPr>
        <w:t>16. Counterparts</w:t>
      </w:r>
    </w:p>
    <w:p>
      <w:r>
        <w:rPr>
          <w:b w:val="0"/>
          <w:sz w:val="20"/>
        </w:rPr>
        <w:t>This Assignment Contract may be executed in counterparts, each of which shall be deemed an original, but all of which together shall constitute one and the same instrument.</w:t>
      </w:r>
    </w:p>
    <w:p/>
    <w:p/>
    <w:p>
      <w:r>
        <w:rPr>
          <w:b w:val="0"/>
          <w:sz w:val="20"/>
        </w:rPr>
        <w:t>Place and 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ASSIGNOR</w:t>
            </w:r>
          </w:p>
        </w:tc>
        <w:tc>
          <w:tcPr>
            <w:tcW w:type="dxa" w:w="4986"/>
            <w:tcBorders>
              <w:top w:val="nil"/>
              <w:left w:val="nil"/>
              <w:bottom w:val="nil"/>
              <w:right w:val="nil"/>
              <w:insideH w:val="nil"/>
              <w:insideV w:val="nil"/>
            </w:tcBorders>
          </w:tcPr>
          <w:p>
            <w:pPr>
              <w:jc w:val="center"/>
            </w:pPr>
            <w:r>
              <w:t>ASSIGNEE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https://contract247-us.com/wholesale-real-estate-assignment-contract/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holesale-real-estate-assign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